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FlashVars参数示例代码：show_horse_race_lamp_panel</w:t>
      </w:r>
    </w:p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演示</w:t>
      </w:r>
    </w:p>
    <w:p/>
    <w:p/>
    <w:p/>
    <w:p/>
    <w:p/>
    <w:p/>
    <w:p/>
    <w:p/>
    <w:p/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参数: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setScreen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值: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on/off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说明: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显示走马灯，默认为off</w:t>
      </w:r>
    </w:p>
    <w:p/>
    <w:p/>
    <w:p/>
    <w:p/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&amp;lt;OBJECT classid=&amp;quot;clsid:D27CDB6E-AE6D-11cf-96B8-444553540000&amp;quot; width=&amp;quot;680&amp;quot; height=&amp;quot;422&amp;quot; id=&amp;quot;02bfeb00e2ba940698c54cdf517aa9b6_0&amp;quot;&amp;gt;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&amp;lt;PARAM NAME=movie VALUE=&amp;quot;http://player.polyv.net/videos/player.swf&amp;quot;&amp;gt;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&amp;lt;param name=&amp;quot;allowscriptaccess&amp;quot; value=&amp;quot;always&amp;quot;&amp;gt;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&amp;lt;param name=&amp;quot;wmode&amp;quot; value=&amp;quot;Transparent&amp;quot;&amp;gt;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&amp;lt;param name=&amp;quot;flashvars&amp;quot; value=&amp;quot;vid=02bfeb00e2ba940698c54cdf517aa9b6_0&amp;amp;show_horse_race_lamp_panel=on 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&amp;lt;param name=&amp;quot;allowFullScreen&amp;quot; value=&amp;quot;true&amp;quot; /&amp;gt;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&amp;lt;EMBED src=&amp;quot;http://player.polyv.net/videos/player.swf&amp;quot; width=&amp;quot;680&amp;quot; height=&amp;quot;422&amp;quot;  TYPE=&amp;quot;application/x-shockwave-flash&amp;quot; allowscriptaccess=&amp;quot;always&amp;quot; wmode=&amp;quot;Transparent&amp;quot; name=&amp;quot;02bfeb00e2ba940698c54cdf517aa9b6_0&amp;quot; allowFullScreen=&amp;quot;true&amp;quot; flashvars=&amp;quot;vid=02bfeb00e2ba940698c54cdf517aa9b6_0&amp;amp;show_horse_race_lamp_panel=on&amp;quot;/&amp;gt;&amp;lt;/EMBED&amp;gt;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&amp;lt;/OBJECT&amp;gt;</w:t>
      </w:r>
    </w:p>
    <w:p/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FlashVars参数示例代码：show_horse_race_lamp_panel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