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#001 菜单数据转换失败，检查菜单数据的结构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#001 菜单数据转换失败，检查菜单数据的结构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