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分页组件说明</w:t>
      </w:r>
    </w:p>
    <w:p>
      <w:pPr>
        <w:pStyle w:val="Heading2"/>
      </w:pPr>
      <w:r>
        <w:t>项目地址：https://github.com/tianxiangbing/paging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分页组件说明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