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轮巡监控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轮巡监控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提供一个“轮巡展示页”开放给监播员，监播员可以实时调起参会者的摄像头，在参会人员知情的情况下，实时监控多名参会人员摄像头画面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检查参会人员专注程度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党政会议、企业会议等对纪律要求高的场景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9891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0b3400162331e9b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989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1.打开研讨会后台，在直播间管理栏下找到“轮巡监控”，打开监播按钮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4343f4f65a77b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2.使用监播员信息进行登录（需要在主持人开播之后才可进行监播登录）。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652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84f088315705b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65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3.进入监播页面，开启监播按钮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97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1999dcc27c0ed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97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4.配置具体信息，可选监播方式（自动或手动，其区别在于手动模式的切换时间由自己决定）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0584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55aa47064919c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058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5.开启监播后，主持人或参会人在研讨会中会有隐私声明提醒，点击：“我知道了”方可进行后续操作，主持人视角如下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3163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d07f2f7f0ae93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316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6.监播页展示如下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195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4b4e4d07aa0ec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1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7.若想查看具体摄像头，可以点击某一个画面，从而放大该画面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659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348f82a8a1746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6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8.点击右上角成员列表可以快速定位想要找的人或批次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641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29395140b721d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641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轮巡监控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