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允许参会人自主共享屏幕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研讨会支持配置参会人的共享权限。选择【主持人和参会者】后，已上麦的参会人无需等待主持人逐次邀请，即可自行开始、结束屏幕共享；开始共享后，共享画面自动设为直播主画面。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该功能适用于多位嘉宾轮流讲解 PPT、展示操作或分享资料的会议，减少主持人在每次切换分享者时的授权操作。</w:t>
      </w:r>
    </w:p>
    <w:p>
      <w:pPr>
        <w:pStyle w:val="Heading1"/>
      </w:pPr>
      <w:r>
        <w:t>一、设置共享权限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进入频道的研讨会配置，在【研讨会互动设置】区域找到【共享屏幕和放大画面】，根据会议需要选择权限范围。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权限范围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使用方式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仅主持人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由主持人控制演示授权。参会人需要获得主持人授权后才能共享，适合需要统一安排演示顺序的会议。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主持人和参会者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主持人及已上麦的参会人可自行开始、结束共享，无需主持人逐次邀请。参会人发起共享后，共享画面自动设为直播主画面。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如需允许参会人自主共享，选择【主持人和参会者】并保存配置。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40905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2b5b74575eac09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4090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二、参会人开始共享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以参会人身份进入研讨会，并确认已上麦。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在演示功能中选择屏幕共享，按页面提示选择需要分享的画面。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开始共享后，共享画面自动设为直播主画面，无需再由主持人指定。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分享结束后，参会人可自行结束本次共享。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共享前，请关闭与会议无关的窗口，避免将聊天消息、账号信息等内容展示给观众。</w:t>
      </w:r>
    </w:p>
    <w:p>
      <w:pPr>
        <w:pStyle w:val="Heading1"/>
      </w:pPr>
      <w:r>
        <w:t>三、常见问题</w:t>
      </w:r>
    </w:p>
    <w:p>
      <w:pPr>
        <w:pStyle w:val="Heading2"/>
      </w:pPr>
      <w:r>
        <w:t>为什么参会人仍需要主持人邀请才能共享？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请先检查研讨会的共享权限是否设置为【仅主持人】。如果需要参会人自主共享，将权限范围调整为【主持人和参会者】。</w:t>
      </w:r>
    </w:p>
    <w:p>
      <w:pPr>
        <w:pStyle w:val="Heading2"/>
      </w:pPr>
      <w:r>
        <w:t>开始共享后，还需要手动设置直播主画面吗？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允许参会人自主共享后，参会人开始屏幕共享时，共享画面会自动设为直播主画面，无需再次手动设置。</w:t>
      </w:r>
    </w:p>
    <w:p>
      <w:pPr>
        <w:pStyle w:val="Heading2"/>
      </w:pPr>
      <w:r>
        <w:t>普通观众也可以直接共享吗？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本功能面向主持人和参会人，不代表通过观众链接进入的用户获得参会人的共享权限。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允许参会人自主共享屏幕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