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whitelistService</w:t>
      </w:r>
    </w:p>
    <w:p>
      <w:pPr>
        <w:pStyle w:val="Heading1"/>
      </w:pPr>
      <w:r>
        <w:t>1、批量新增白名单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批量新增白名单</w:t>
        <w:br/>
        <w:t>接口地址（仅做说明使用）：https://api.polyv.net/meet/v1/channel/auth-whitelist/save-batch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testWhitelistSaveBatch() throws IOException, NoSuchAlgorithmException {</w:t>
        <w:br/>
        <w:t xml:space="preserve">        SeminarWhitelistSaveBatchRequest seminarWhitelistSaveBatchRequest = new SeminarWhitelistSaveBatchRequest();</w:t>
        <w:br/>
        <w:t xml:space="preserve">        Boolean seminarWhitelistSaveBatchResponse;</w:t>
        <w:br/>
        <w:t xml:space="preserve">        try {</w:t>
        <w:br/>
        <w:t xml:space="preserve">            String channelId = super.getSeminarChannelId();</w:t>
        <w:br/>
        <w:t xml:space="preserve">            seminarWhitelistSaveBatchRequest.setChannelId(channelId);</w:t>
        <w:br/>
        <w:t xml:space="preserve">            List&lt;SeminarWhitelistSaveBatchRequest.WhitelistInfo&gt; whitelistInfos = new ArrayList&lt;&gt;();</w:t>
        <w:br/>
        <w:t xml:space="preserve">            SeminarWhitelistSaveBatchRequest.WhitelistInfo whitelistInfo =</w:t>
        <w:br/>
        <w:t xml:space="preserve">                    new SeminarWhitelistSaveBatchRequest.WhitelistInfo();</w:t>
        <w:br/>
        <w:t xml:space="preserve">            whitelistInfo.setCode("code1").setName("name1").setGroupNo(1).setGroupRole("leader");</w:t>
        <w:br/>
        <w:t xml:space="preserve">            whitelistInfos.add(whitelistInfo);</w:t>
        <w:br/>
        <w:t xml:space="preserve">            seminarWhitelistSaveBatchRequest.setList(whitelistInfos);</w:t>
        <w:br/>
        <w:t xml:space="preserve">            seminarWhitelistSaveBatchResponse = new SeminarWhitelistServiceImpl().whitelistSaveBatch(</w:t>
        <w:br/>
        <w:t xml:space="preserve">                    seminarWhitelistSaveBatchRequest);</w:t>
        <w:br/>
        <w:t xml:space="preserve">            Assert.assertNotNull(seminarWhitelistSaveBatchResponse);</w:t>
        <w:br/>
        <w:t xml:space="preserve">            if (seminarWhitelistSaveBatchResponse != null) {</w:t>
        <w:br/>
        <w:t xml:space="preserve">                //to do something ......</w:t>
        <w:br/>
        <w:t xml:space="preserve">                log.debug("测试批量新增白名单成功 {}", JSON.toJSONString(seminarWhitelistSaveBatchResponse));</w:t>
        <w:br/>
        <w:t xml:space="preserve">                //TODO 此处创建完成后删除了白名单，正式使用需删除该语句</w:t>
        <w:br/>
        <w:t xml:space="preserve">                super.deleteWhitelist(channelId, "code1");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批量插入记录【详见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WhitelistInfo参数描述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WhitelistInfo参数描述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会员码，长度不超过64位（不可重复）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参会人昵称，长度不超过64位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groupNo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分组序号，1~50之间（需与组内身份同时传或同时不传）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groupRole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组内身份，一个分组内不能多于一个组长（需与分组序号同时传或同时不传） leader：组长 member：组员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true为新增成功，false为新增失败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2、删除单个白名单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删除单个白名单</w:t>
        <w:br/>
        <w:t>接口地址（仅做说明使用）：https://api.polyv.net/meet/v1/channel/auth-whitelist/delete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testDeleteWhitelist() throws IOException, NoSuchAlgorithmException {</w:t>
        <w:br/>
        <w:t xml:space="preserve">        SeminarDeleteWhitelistRequest seminarDeleteWhitelistRequest = new SeminarDeleteWhitelistRequest();</w:t>
        <w:br/>
        <w:t xml:space="preserve">        Boolean seminarDeleteWhitelistResponse;</w:t>
        <w:br/>
        <w:t xml:space="preserve">        try {</w:t>
        <w:br/>
        <w:t xml:space="preserve">            String channelId = super.getSeminarChannelId();</w:t>
        <w:br/>
        <w:t xml:space="preserve">            seminarDeleteWhitelistRequest.setChannelId(channelId);</w:t>
        <w:br/>
        <w:t xml:space="preserve">            seminarDeleteWhitelistRequest.setCode("code1");</w:t>
        <w:br/>
        <w:t xml:space="preserve">            seminarDeleteWhitelistResponse = new SeminarWhitelistServiceImpl().deleteWhitelist(</w:t>
        <w:br/>
        <w:t xml:space="preserve">                    seminarDeleteWhitelistRequest);</w:t>
        <w:br/>
        <w:t xml:space="preserve">            Assert.assertNotNull(seminarDeleteWhitelistResponse);</w:t>
        <w:br/>
        <w:t xml:space="preserve">            if (seminarDeleteWhitelistResponse != null) {</w:t>
        <w:br/>
        <w:t xml:space="preserve">                //to do something ......</w:t>
        <w:br/>
        <w:t xml:space="preserve">                log.debug("测试删除单个白名单成功 {}", JSON.toJSONString(seminarDeleteWhitelistResponse));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需要删除的白名单，长度不超过64位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true为删除成功，false为删除失败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3、清空白名单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清空白名单</w:t>
        <w:br/>
        <w:t>接口地址（仅做说明使用）：https://api.polyv.net/meet/v1/channel/auth-whitelist/delete-all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testDeleteAllWhitelist() throws IOException, NoSuchAlgorithmException {</w:t>
        <w:br/>
        <w:t xml:space="preserve">        SeminarDeleteAllWhitelistRequest seminarDeleteAllWhitelistRequest = new SeminarDeleteAllWhitelistRequest();</w:t>
        <w:br/>
        <w:t xml:space="preserve">        Boolean seminarDeleteAllWhitelistResponse;</w:t>
        <w:br/>
        <w:t xml:space="preserve">        try {</w:t>
        <w:br/>
        <w:t xml:space="preserve">            String channelId = super.getSeminarChannelId();</w:t>
        <w:br/>
        <w:t xml:space="preserve">            seminarDeleteAllWhitelistRequest.setChannelId(channelId);</w:t>
        <w:br/>
        <w:t xml:space="preserve">            seminarDeleteAllWhitelistResponse = new SeminarWhitelistServiceImpl().deleteAllWhitelist(</w:t>
        <w:br/>
        <w:t xml:space="preserve">                    seminarDeleteAllWhitelistRequest);</w:t>
        <w:br/>
        <w:t xml:space="preserve">            Assert.assertNotNull(seminarDeleteAllWhitelistResponse);</w:t>
        <w:br/>
        <w:t xml:space="preserve">            if (seminarDeleteAllWhitelistResponse != null) {</w:t>
        <w:br/>
        <w:t xml:space="preserve">                //to do something ......</w:t>
        <w:br/>
        <w:t xml:space="preserve">                log.debug("测试清空白名单成功 {}", JSON.toJSONString(seminarDeleteAllWhitelistResponse));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true为清空成功，false为清空失败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4、分页查询白名单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分页查询白名单</w:t>
        <w:br/>
        <w:t>接口地址（仅做说明使用）：https://api.polyv.net/meet/v1/channel/auth-whitelist/get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testGetWhitelist() throws IOException, NoSuchAlgorithmException {</w:t>
        <w:br/>
        <w:t xml:space="preserve">        SeminarGetWhitelistRequest seminarGetWhitelistRequest = new SeminarGetWhitelistRequest();</w:t>
        <w:br/>
        <w:t xml:space="preserve">        SeminarGetWhitelistResponse seminarGetWhitelistResponse;</w:t>
        <w:br/>
        <w:t xml:space="preserve">        try {</w:t>
        <w:br/>
        <w:t xml:space="preserve">            String channelId = super.getSeminarChannelId();</w:t>
        <w:br/>
        <w:t xml:space="preserve">            seminarGetWhitelistRequest.setChannelId(channelId);</w:t>
        <w:br/>
        <w:t xml:space="preserve">            seminarGetWhitelistResponse = new SeminarWhitelistServiceImpl().getWhitelist(seminarGetWhitelistRequest);</w:t>
        <w:br/>
        <w:t xml:space="preserve">            Assert.assertNotNull(seminarGetWhitelistResponse);</w:t>
        <w:br/>
        <w:t xml:space="preserve">            if (seminarGetWhitelistResponse != null) {</w:t>
        <w:br/>
        <w:t xml:space="preserve">                //to do something ......</w:t>
        <w:br/>
        <w:t xml:space="preserve">                log.debug("测试分页查询白名单成功 {}", JSON.toJSONString(seminarGetWhitelistResponse));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1、请求正确，返回SeminarGetWhitelistResponse对象，B端依据此对象处理业务逻辑；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WhitelistInfo参数描述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WhitelistInfo参数描述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会员码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参会昵称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groupNo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分组序号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groupRole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组内身份 leader：组长 member：组员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5、更新白名单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更新白名单</w:t>
        <w:br/>
        <w:t>接口地址（仅做说明使用）：https://api.polyv.net/meet/v1/channel/auth-whitelist/update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testUpdateWhitelist() throws IOException, NoSuchAlgorithmException {</w:t>
        <w:br/>
        <w:t xml:space="preserve">        SeminarUpdateWhitelistRequest seminarUpdateWhitelistRequest = new SeminarUpdateWhitelistRequest();</w:t>
        <w:br/>
        <w:t xml:space="preserve">        Boolean seminarUpdateWhitelistResponse;</w:t>
        <w:br/>
        <w:t xml:space="preserve">        try {</w:t>
        <w:br/>
        <w:t xml:space="preserve">            String channelId = super.getSeminarChannelId();</w:t>
        <w:br/>
        <w:t xml:space="preserve">            seminarUpdateWhitelistRequest.setChannelId(channelId);</w:t>
        <w:br/>
        <w:t xml:space="preserve">            seminarUpdateWhitelistRequest.setOldCode("code2")</w:t>
        <w:br/>
        <w:t xml:space="preserve">                    .setCode("code2")</w:t>
        <w:br/>
        <w:t xml:space="preserve">                    .setName("newName")</w:t>
        <w:br/>
        <w:t xml:space="preserve">                    .setGroupNo(2)</w:t>
        <w:br/>
        <w:t xml:space="preserve">                    .setGroupRole("member");</w:t>
        <w:br/>
        <w:t xml:space="preserve">            seminarUpdateWhitelistResponse = new SeminarWhitelistServiceImpl().updateWhitelist(</w:t>
        <w:br/>
        <w:t xml:space="preserve">                    seminarUpdateWhitelistRequest);</w:t>
        <w:br/>
        <w:t xml:space="preserve">            Assert.assertNotNull(seminarUpdateWhitelistResponse);</w:t>
        <w:br/>
        <w:t xml:space="preserve">            if (seminarUpdateWhitelistResponse != null) {</w:t>
        <w:br/>
        <w:t xml:space="preserve">                //to do something ......</w:t>
        <w:br/>
        <w:t xml:space="preserve">                log.debug("测试更新白名单成功 {}", JSON.toJSONString(seminarUpdateWhitelistResponse));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oldCode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需要更新的原白名单记录，长度不超过64位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新的白名单记录，长度不超过64位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新的昵称，长度不超过64位（不传则不修改）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groupNo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新的分组序号，1~50之间（不传则不修改）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groupRole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新的组内身份（不传则不修改） leader：组长 member：组员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true为更新成功，false为更新失败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whitelistService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