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playbackSercice</w:t>
      </w:r>
    </w:p>
    <w:p>
      <w:pPr>
        <w:pStyle w:val="Heading1"/>
      </w:pPr>
      <w:r>
        <w:t>1、查询录制视频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查询录制视频</w:t>
        <w:br/>
        <w:t>接口地址（仅做说明使用）：https://api.polyv.net/live/v2/channels/%s/recordFiles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testGetRecordInfo() throws IOException, NoSuchAlgorithmException {</w:t>
        <w:br/>
        <w:t xml:space="preserve">        SeminarGetRecordInfoRequest seminarGetRecordInfoRequest = new SeminarGetRecordInfoRequest();</w:t>
        <w:br/>
        <w:t xml:space="preserve">        List&lt;SeminarGetRecordInfoResponse&gt; seminarGetRecordInfoResponse;</w:t>
        <w:br/>
        <w:t xml:space="preserve">        try {</w:t>
        <w:br/>
        <w:t xml:space="preserve">            String channelId = super.getChannelId();</w:t>
        <w:br/>
        <w:t xml:space="preserve">            seminarGetRecordInfoRequest.setChannelId(channelId)</w:t>
        <w:br/>
        <w:t xml:space="preserve">                    .setStartDate(super.getDate(1643163720000L))</w:t>
        <w:br/>
        <w:t xml:space="preserve">                    .setEndDate(super.getDate(1643163780000L));</w:t>
        <w:br/>
        <w:t xml:space="preserve">            seminarGetRecordInfoResponse = new SeminarPlaybackServiceImpl().getRecordInfo(seminarGetRecordInfoRequest);</w:t>
        <w:br/>
        <w:t xml:space="preserve">            Assert.assertNotNull(seminarGetRecordInfoResponse);</w:t>
        <w:br/>
        <w:t xml:space="preserve">            if (seminarGetRecordInfoResponse != null) {</w:t>
        <w:br/>
        <w:t xml:space="preserve">                //to do something ......</w:t>
        <w:br/>
        <w:t xml:space="preserve">                log.debug("测试查询录制视频成功 {}", JSON.toJSONString(seminarGetRecordInfoResponse));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1、请求正确，返回SeminarGetRecordInfoResponse对象，B端依据此对象处理业务逻辑；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结束日期，格式：yyyy-MM-dd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返回对象是List&amp;lt;SeminarGetRecordInfoResponse&amp;gt;，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SeminarGetRecordInfoResponse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录制文件地址，优先返回MP4，若没有MP4会返回M3U8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结束录制时间，格式为：yyyyMMddHHmmss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录制文件码率（单位：字节）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分辨率，示例：1280x720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直播的场次ID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daysLeft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录制文件剩余天数，大于0：剩余天数，-1：永久，不会返回过期的录制文件记录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录制文件来源 manual：手动录制 auto：自动录制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原始直播场次ID 当该录制文件为手动录制或自动录制时就等于当前直播场次ID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recordFileType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录制文件类型 complete：完整回放,part：自动录制_片段,merge：手动合并,clip：裁剪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2、删除录制视频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删除频道视频库中直播暂存的录制视频</w:t>
        <w:br/>
        <w:t>接口地址（仅做说明使用）：https://api.polyv.net/live/v2/channel/recordFile/%s/delete-record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2、请求参数sessionId和startTime不能同时为空，必须单独提交某一参数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testDeleteRecord() throws IOException, NoSuchAlgorithmException {</w:t>
        <w:br/>
        <w:t xml:space="preserve">        SeminarDeleteRecordRequest seminarDeleteRecordRequest = new SeminarDeleteRecordRequest();</w:t>
        <w:br/>
        <w:t xml:space="preserve">        Boolean seminarDeleteRecordResponse;</w:t>
        <w:br/>
        <w:t xml:space="preserve">        try {</w:t>
        <w:br/>
        <w:t xml:space="preserve">            String channelId = super.getChannelId();</w:t>
        <w:br/>
        <w:t xml:space="preserve">            seminarDeleteRecordRequest.setChannelId(channelId).setStartTime(super.getDate(1643163515000L));</w:t>
        <w:br/>
        <w:t xml:space="preserve">            seminarDeleteRecordResponse = new SeminarPlaybackServiceImpl().deleteRecord(seminarDeleteRecordRequest);</w:t>
        <w:br/>
        <w:t xml:space="preserve">            Assert.assertTrue(seminarDeleteRecordResponse);</w:t>
        <w:br/>
        <w:t xml:space="preserve">            if (seminarDeleteRecordResponse) {</w:t>
        <w:br/>
        <w:t xml:space="preserve">                //to do something ......</w:t>
        <w:br/>
        <w:t xml:space="preserve">                log.debug("测试删除录制视频成功");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  <w:br/>
        <w:t>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录制视频的开始录制时间，格式为：yyyyMMddHHmmss，如：20210317181043【可通过查询频道录制视频信息获取】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删除录制视频返回实体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playbackSercice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