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channelService</w:t>
      </w:r>
    </w:p>
    <w:p>
      <w:pPr>
        <w:pStyle w:val="Heading1"/>
      </w:pPr>
      <w:r>
        <w:t>1、创建研讨会频道(旧版后台)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创建频道并进行相关设置</w:t>
        <w:br/>
        <w:t>接口地址（仅做说明使用）：https://api.polyv.net/live/v3/channel/basic/create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testCreateChannel() throws IOException, NoSuchAlgorithmException {</w:t>
        <w:br/>
        <w:t xml:space="preserve">        SeminarCreateChannelRequest seminarCreateChannelRequest = new SeminarCreateChannelRequest();</w:t>
        <w:br/>
        <w:t xml:space="preserve">        SeminarCreateChannelResponse seminarCreateChannelResponse;</w:t>
        <w:br/>
        <w:t xml:space="preserve">        try {</w:t>
        <w:br/>
        <w:t xml:space="preserve">            SeminarCreateChannelRequest.BasicSetting basicSetting = new SeminarCreateChannelRequest.BasicSetting();</w:t>
        <w:br/>
        <w:t xml:space="preserve">            basicSetting.setName("测试SDK创建研讨会")</w:t>
        <w:br/>
        <w:t xml:space="preserve">                    .setChannelPasswd(super.getRandomString(6))</w:t>
        <w:br/>
        <w:t xml:space="preserve">                    .setCategoryId(super.getCategory());</w:t>
        <w:br/>
        <w:t xml:space="preserve">            SeminarCreateChannelRequest.AuthSetting authSetting = new SeminarCreateChannelRequest.AuthSetting();</w:t>
        <w:br/>
        <w:t xml:space="preserve">            authSetting.setRank(1)</w:t>
        <w:br/>
        <w:t xml:space="preserve">                    .setEnabled(SeminarConstant.Flag.YES.getFlag())</w:t>
        <w:br/>
        <w:t xml:space="preserve">                    .setAuthType(SeminarConstant.AuthType.CODE.getCode())</w:t>
        <w:br/>
        <w:t xml:space="preserve">                    .setAuthCode("123");</w:t>
        <w:br/>
        <w:t xml:space="preserve">            seminarCreateChannelRequest.setBasicSetting(basicSetting).setAuthSettings(Arrays.asList(authSetting));</w:t>
        <w:br/>
        <w:t xml:space="preserve">            seminarCreateChannelResponse = new SeminarChannelServiceImpl().createChannel(seminarCreateChannelRequest);</w:t>
        <w:br/>
        <w:t xml:space="preserve">            Assert.assertNotNull(seminarCreateChannelResponse);</w:t>
        <w:br/>
        <w:t xml:space="preserve">            if (seminarCreateChannelResponse != null) {</w:t>
        <w:br/>
        <w:t xml:space="preserve">                //to do something ......</w:t>
        <w:br/>
        <w:t xml:space="preserve">                log.debug("测试创建研讨会频道(旧版后台)成功 {}", JSON.toJSONString(seminarCreateChannelResponse));</w:t>
        <w:br/>
        <w:t xml:space="preserve">                //TODO 此处创建完成后删除了频道，正式使用需删除该语句</w:t>
        <w:br/>
        <w:t xml:space="preserve">                super.deleteChannel(seminarCreateChannelResponse.getChannelId());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1、请求正确，返回SeminarCreateChannelResponse对象，B端依据此对象处理业务逻辑；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频道密码，（可以通过频道号+频道密码登录该频道）长度不能超过16位，必须同时包含字母和数字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新建频道的所属分类，如果不提交，则为默认分类（分类ID可通过“查询直播分类”接口得到）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累积观看数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是否开启条件观看 N：关闭 Y：开启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pay：付费观看 code：验证码观看 phone：白名单观看 info：登记观看 custom：自定义授权观看 external：外部授权观看 direct：独立授权观看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当authType为pay时，设置参数，必填。欢迎语标题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当authType为pay时，设置参数，必填。价格，单位为元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当authType为pay时，设置参数，非必填。付费有效截止日期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当authType为code时，设置参数，必填。验证码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当authType为code时，设置参数，非必填。公众号二维码地址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当authType为info时，设置参数，必填。登记观看信息，上限为5个【详见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当authType为external时，设置参数，非必填。跳转地址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当authType为direct时，设置参数，必填。独立授权SecretKey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InfoField参数描述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登记信息名，最多为8字符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登记类型，姓名-name，文本-text，手机号码-mobile，数字-number，下拉选项-option，登记观看时该字段必填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下拉选项时，下拉的选项值，以英文逗号分割。选项个数上限为8个；选项内容最多为8字符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文本框输入提示，最多为8字符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短信验证开关，Y 开启，N 关闭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2、创建研讨会频道(新版后台)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根据直播默认模板创建频道</w:t>
        <w:br/>
        <w:t>接口地址（仅做说明使用）：https://api.polyv.net/live/v4/channel/create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testCreateChannelV2() throws IOException, NoSuchAlgorithmException {</w:t>
        <w:br/>
        <w:t xml:space="preserve">        SeminarCreateChannelV2Request seminarCreateChannelV2Request = new SeminarCreateChannelV2Request();</w:t>
        <w:br/>
        <w:t xml:space="preserve">        SeminarCreateChannelV2Response seminarCreateChannelV2Response;</w:t>
        <w:br/>
        <w:t xml:space="preserve">        try {</w:t>
        <w:br/>
        <w:t xml:space="preserve">            seminarCreateChannelV2Request.setName("测试SDK创建研讨会")</w:t>
        <w:br/>
        <w:t xml:space="preserve">                    .setSeminarHostPassword(super.getRandomString(6))</w:t>
        <w:br/>
        <w:t xml:space="preserve">                    .setSeminarAttendeePassword(super.getRandomString(8))</w:t>
        <w:br/>
        <w:t xml:space="preserve">                    .setCategoryId(super.getCategory())</w:t>
        <w:br/>
        <w:t xml:space="preserve">                    .setStartTime(super.getDate(System.currentTimeMillis() + 600 * 1000))</w:t>
        <w:br/>
        <w:t xml:space="preserve">                    .setLinkMicLimit(15);</w:t>
        <w:br/>
        <w:t xml:space="preserve">            seminarCreateChannelV2Response = new SeminarChannelServiceImpl().createChannelV2(</w:t>
        <w:br/>
        <w:t xml:space="preserve">                    seminarCreateChannelV2Request);</w:t>
        <w:br/>
        <w:t xml:space="preserve">            Assert.assertNotNull(seminarCreateChannelV2Response);</w:t>
        <w:br/>
        <w:t xml:space="preserve">            if (seminarCreateChannelV2Response != null) {</w:t>
        <w:br/>
        <w:t xml:space="preserve">                //to do something ......</w:t>
        <w:br/>
        <w:t xml:space="preserve">                log.debug("测试创建研讨会频道(新版后台)成功 {}", JSON.toJSONString(seminarCreateChannelV2Response));</w:t>
        <w:br/>
        <w:t xml:space="preserve">                //TODO 此处创建完成后删除了频道，正式使用需删除该语句</w:t>
        <w:br/>
        <w:t xml:space="preserve">                super.deleteChannel(String.valueOf(seminarCreateChannelV2Response.getChannelId()));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1、请求正确，返回SeminarCreateChannelV2Response对象，B端依据此对象处理业务逻辑；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研讨会主持人密码，仅直播场景是研讨会时有效，长度6-16位，不传则由系统随机生成。研讨会主持人密码和参会人密码不能相同。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研讨会参会人密码，仅直播场景是研讨会时有效，长度6-16位，不传则由系统随机生成。研讨会主持人密码和参会人密码不能相同。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上传图片资源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分类ID，可通过“查询直播分类”接口获取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参会人数 1-47：代表参会人数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研讨会主持人密码，仅直播场景是研讨会时不为null，长度6-16位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研讨会参会人密码，仅直播场景是研讨会时不为null，长度6-16位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3、获取研讨会频道录制设置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获取研讨会频道录制设置</w:t>
        <w:br/>
        <w:t>接口地址（仅做说明使用）：https://api.polyv.net/live/v3/channel/seminar/setting/get-record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testGetRecordSetting() throws IOException, NoSuchAlgorithmException {</w:t>
        <w:br/>
        <w:t xml:space="preserve">        SeminarGetRecordSettingRequest seminarGetRecordSettingRequest = new SeminarGetRecordSettingRequest();</w:t>
        <w:br/>
        <w:t xml:space="preserve">        SeminarGetRecordSettingResponse seminarGetRecordSettingResponse;</w:t>
        <w:br/>
        <w:t xml:space="preserve">        try {</w:t>
        <w:br/>
        <w:t xml:space="preserve">            String channelId = super.getChannelId();</w:t>
        <w:br/>
        <w:t xml:space="preserve">            seminarGetRecordSettingRequest.setChannelId(channelId);</w:t>
        <w:br/>
        <w:t xml:space="preserve">            seminarGetRecordSettingResponse = new SeminarChannelServiceImpl().getRecordSetting(</w:t>
        <w:br/>
        <w:t xml:space="preserve">                    seminarGetRecordSettingRequest);</w:t>
        <w:br/>
        <w:t xml:space="preserve">            Assert.assertNotNull(seminarGetRecordSettingResponse);</w:t>
        <w:br/>
        <w:t xml:space="preserve">            if (seminarGetRecordSettingResponse != null) {</w:t>
        <w:br/>
        <w:t xml:space="preserve">                //to do something ......</w:t>
        <w:br/>
        <w:t xml:space="preserve">                log.debug("测试获取研讨会频道录制设置成功 {}", JSON.toJSONString(seminarGetRecordSettingResponse));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1、请求正确，返回SeminarGetRecordSettingResponse对象，B端依据此对象处理业务逻辑；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录制开关，Y开启、N关闭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录制模式，auto自动、manual手动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POLYV用户ID，通过注册保利威官网获取，路径：官网-&gt;登录-&gt;直播（开发设置）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4、修改研讨会频道录制设置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修改研讨会频道录制设置</w:t>
        <w:br/>
        <w:t>接口地址（仅做说明使用）：https://api.polyv.net/live/v3/channel/seminar/setting/set-record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testSetRecordSetting() throws IOException, NoSuchAlgorithmException {</w:t>
        <w:br/>
        <w:t xml:space="preserve">        SeminarSetRecordSettingRequest seminarSetRecordSettingRequest = new SeminarSetRecordSettingRequest();</w:t>
        <w:br/>
        <w:t xml:space="preserve">        Boolean seminarSetRecordSettingResponse;</w:t>
        <w:br/>
        <w:t xml:space="preserve">        try {</w:t>
        <w:br/>
        <w:t xml:space="preserve">            String channelId = super.getChannelId();</w:t>
        <w:br/>
        <w:t xml:space="preserve">            seminarSetRecordSettingRequest.setChannelId(channelId)</w:t>
        <w:br/>
        <w:t xml:space="preserve">                    .setRecordMode(SeminarConstant.RecordMode.manual.getModel())</w:t>
        <w:br/>
        <w:t xml:space="preserve">                    .setEnabled(SeminarConstant.Flag.YES.getFlag());</w:t>
        <w:br/>
        <w:t xml:space="preserve">            seminarSetRecordSettingResponse = new SeminarChannelServiceImpl().setRecordSetting(</w:t>
        <w:br/>
        <w:t xml:space="preserve">                    seminarSetRecordSettingRequest);</w:t>
        <w:br/>
        <w:t xml:space="preserve">            Assert.assertTrue(seminarSetRecordSettingResponse);</w:t>
        <w:br/>
        <w:t xml:space="preserve">            if (seminarSetRecordSettingResponse) {</w:t>
        <w:br/>
        <w:t xml:space="preserve">                //to do something ......</w:t>
        <w:br/>
        <w:t xml:space="preserve">                log.debug("测试修改研讨会频道录制设置成功");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录制开关，Y开启、N关闭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录制模式，auto自动、manual手动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修改研讨会频道录制设置返回实体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5、获取研讨会直播间参会者统计数据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获取研讨会直播间参会者统计数据</w:t>
        <w:br/>
        <w:t>接口地址（仅做说明使用）：https://api.polyv.net/live/v3/channel/seminar/statistics/listViewLogs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testGetViewLog() throws IOException, NoSuchAlgorithmException {</w:t>
        <w:br/>
        <w:t xml:space="preserve">        SeminarGetViewLogRequest seminarGetViewLogRequest = new SeminarGetViewLogRequest();</w:t>
        <w:br/>
        <w:t xml:space="preserve">        SeminarGetViewLogResponse seminarGetViewLogResponse;</w:t>
        <w:br/>
        <w:t xml:space="preserve">        try {</w:t>
        <w:br/>
        <w:t xml:space="preserve">            String channelId = super.getChannelId();</w:t>
        <w:br/>
        <w:t xml:space="preserve">            seminarGetViewLogRequest.setChannelId(channelId)</w:t>
        <w:br/>
        <w:t xml:space="preserve">                    .setStartTime(super.getDate(System.currentTimeMillis() - 20 * 86400000))</w:t>
        <w:br/>
        <w:t xml:space="preserve">                    .setEndTime(super.getDate(System.currentTimeMillis()))</w:t>
        <w:br/>
        <w:t xml:space="preserve">                    .setPageSize(20)</w:t>
        <w:br/>
        <w:t xml:space="preserve">                    .setCurrentPage(1);</w:t>
        <w:br/>
        <w:t xml:space="preserve">            seminarGetViewLogResponse = new SeminarChannelServiceImpl().getViewLog(seminarGetViewLogRequest);</w:t>
        <w:br/>
        <w:t xml:space="preserve">            Assert.assertNotNull(seminarGetViewLogResponse);</w:t>
        <w:br/>
        <w:t xml:space="preserve">            if (seminarGetViewLogResponse != null) {</w:t>
        <w:br/>
        <w:t xml:space="preserve">                //to do something ......</w:t>
        <w:br/>
        <w:t xml:space="preserve">                log.debug("测试获取研讨会直播间参会者统计数据成功 {}", JSON.toJSONString(seminarGetViewLogResponse));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1、请求正确，返回SeminarGetViewLogResponse对象，B端依据此对象处理业务逻辑；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结束时间（最多只能查询60天内的数据）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参会者统计数据【详见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ViewLog参数描述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ViewLog参数描述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micDuration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演示次数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演示时长（单位：秒）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是否移动端，取值Y 移动端； N PC端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6、获取直播间观众统计数据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获取直播间观众统计数据</w:t>
        <w:br/>
        <w:t>接口地址（仅做说明使用）：https://api.polyv.net/live/v3/channel/statistics/listViewLogs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testGetCdnViewLog() throws IOException, NoSuchAlgorithmException {</w:t>
        <w:br/>
        <w:t xml:space="preserve">        SeminarGetCdnViewLogRequest seminarGetCdnViewLogRequest = new SeminarGetCdnViewLogRequest();</w:t>
        <w:br/>
        <w:t xml:space="preserve">        SeminarGetCdnViewLogResponse seminarGetCdnViewLogResponse;</w:t>
        <w:br/>
        <w:t xml:space="preserve">        try {</w:t>
        <w:br/>
        <w:t xml:space="preserve">            String channelId = super.getChannelId();</w:t>
        <w:br/>
        <w:t xml:space="preserve">            seminarGetCdnViewLogRequest.setChannelId(channelId)</w:t>
        <w:br/>
        <w:t xml:space="preserve">                    .setStartTime(super.getDate(System.currentTimeMillis() + 600 * 1000))</w:t>
        <w:br/>
        <w:t xml:space="preserve">                    .setEndTime(super.getDate(System.currentTimeMillis() + 600 * 1000));</w:t>
        <w:br/>
        <w:t xml:space="preserve">            seminarGetCdnViewLogResponse = new SeminarChannelServiceImpl().getCdnViewLog(seminarGetCdnViewLogRequest);</w:t>
        <w:br/>
        <w:t xml:space="preserve">            Assert.assertNotNull(seminarGetCdnViewLogResponse);</w:t>
        <w:br/>
        <w:t xml:space="preserve">            if (seminarGetCdnViewLogResponse != null) {</w:t>
        <w:br/>
        <w:t xml:space="preserve">                //to do something ......</w:t>
        <w:br/>
        <w:t xml:space="preserve">                log.debug("测试获取直播间观众统计数据成功 {}", JSON.toJSONString(seminarGetCdnViewLogResponse));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1、请求正确，返回SeminarGetCdnViewLogResponse对象，B端依据此对象处理业务逻辑；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结束时间（只能查询开始时间所在当月的数据；如需跨月查询，请分开请求查询）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ViewLog参数描述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ViewLog参数描述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观看类型 vod:回放; live:直播【对应api文档的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param3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观看终端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7、删除单个频道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删除单个直播频道</w:t>
        <w:br/>
        <w:t>接口地址（仅做说明使用）：https://api.polyv.net/live/v2/channels/%s/delete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testDeleteChannel() throws IOException, NoSuchAlgorithmException {</w:t>
        <w:br/>
        <w:t xml:space="preserve">        SeminarDeleteChannelRequest seminarDeleteChannelRequest = new SeminarDeleteChannelRequest();</w:t>
        <w:br/>
        <w:t xml:space="preserve">        Boolean seminarDeleteChannelResponse;</w:t>
        <w:br/>
        <w:t xml:space="preserve">        try {</w:t>
        <w:br/>
        <w:t xml:space="preserve">            seminarDeleteChannelRequest.setChannelId("2801915");</w:t>
        <w:br/>
        <w:t xml:space="preserve">            seminarDeleteChannelResponse = new SeminarChannelServiceImpl().deleteChannel(seminarDeleteChannelRequest);</w:t>
        <w:br/>
        <w:t xml:space="preserve">            Assert.assertTrue(seminarDeleteChannelResponse);</w:t>
        <w:br/>
        <w:t xml:space="preserve">            if (seminarDeleteChannelResponse) {</w:t>
        <w:br/>
        <w:t xml:space="preserve">                //to do something ......</w:t>
        <w:br/>
        <w:t xml:space="preserve">                log.debug("测试删除单个频道成功");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删除单个频道返回实体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8、批量删除频道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批量删除直播频道，如果响应失败，则表示全部频道都失败，不会有部份成功、部份失败的结果</w:t>
        <w:br/>
        <w:t>接口地址（仅做说明使用）：https://api.polyv.net/live/v3/channel/basic/batch-delete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testBatchDeleteChannel() throws IOException, NoSuchAlgorithmException {</w:t>
        <w:br/>
        <w:t xml:space="preserve">        SeminarBatchDeleteChannelRequest seminarBatchDeleteChannelRequest = new SeminarBatchDeleteChannelRequest();</w:t>
        <w:br/>
        <w:t xml:space="preserve">        Boolean seminarBatchDeleteChannelResponse;</w:t>
        <w:br/>
        <w:t xml:space="preserve">        try {</w:t>
        <w:br/>
        <w:t xml:space="preserve">            seminarBatchDeleteChannelRequest.setChannelIds(Arrays.asList("2802164", "2798162"));</w:t>
        <w:br/>
        <w:t xml:space="preserve">            seminarBatchDeleteChannelResponse = new SeminarChannelServiceImpl().batchDeleteChannel(</w:t>
        <w:br/>
        <w:t xml:space="preserve">                    seminarBatchDeleteChannelRequest);</w:t>
        <w:br/>
        <w:t xml:space="preserve">            Assert.assertTrue(seminarBatchDeleteChannelResponse);</w:t>
        <w:br/>
        <w:t xml:space="preserve">            if (seminarBatchDeleteChannelResponse) {</w:t>
        <w:br/>
        <w:t xml:space="preserve">                //to do something ......</w:t>
        <w:br/>
        <w:t xml:space="preserve">                log.debug("测试批量删除频道成功");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请求体参数，频道号列表，每次最多删除100个频道， 必须放在请求体中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批量删除频道返回实体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9、查询研讨会会议类型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查询研讨会会议类型</w:t>
        <w:br/>
        <w:t>接口地址（仅做说明使用）：https://api.polyv.net/meet/v1/channel/live-type/get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testGetLiveType() throws IOException, NoSuchAlgorithmException {</w:t>
        <w:br/>
        <w:t xml:space="preserve">        SeminarGetLiveTypeRequest seminarGetLiveTypeRequest = new SeminarGetLiveTypeRequest();</w:t>
        <w:br/>
        <w:t xml:space="preserve">        SeminarGetLiveTypeResponse seminarGetLiveTypeResponse;</w:t>
        <w:br/>
        <w:t xml:space="preserve">        try {</w:t>
        <w:br/>
        <w:t xml:space="preserve">            String channelId = super.getChannelId();</w:t>
        <w:br/>
        <w:t xml:space="preserve">            seminarGetLiveTypeRequest.setChannelId(channelId);</w:t>
        <w:br/>
        <w:t xml:space="preserve">            seminarGetLiveTypeResponse = new SeminarChannelServiceImpl().getLiveType(seminarGetLiveTypeRequest);</w:t>
        <w:br/>
        <w:t xml:space="preserve">            Assert.assertNotNull(seminarGetLiveTypeResponse);</w:t>
        <w:br/>
        <w:t xml:space="preserve">            if (seminarGetLiveTypeResponse != null) {</w:t>
        <w:br/>
        <w:t xml:space="preserve">                //to do something ......</w:t>
        <w:br/>
        <w:t xml:space="preserve">                log.debug("测试查询研讨会会议类型成功 {}", JSON.toJSONString(seminarGetLiveTypeResponse));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1、请求正确，返回SeminarGetLiveTypeResponse对象，B端依据此对象处理业务逻辑；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会议类型 private 对内研讨（默认） public 对外直播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10、修改研讨会会议类型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修改研讨会会议类型</w:t>
        <w:br/>
        <w:t>接口地址（仅做说明使用）：https://api.polyv.net/meet/v1/channel/live-type/update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testUpdateLiveType() throws IOException, NoSuchAlgorithmException {</w:t>
        <w:br/>
        <w:t xml:space="preserve">        SeminarUpdateLiveTypeRequest seminarUpdateLiveTypeRequest = new SeminarUpdateLiveTypeRequest();</w:t>
        <w:br/>
        <w:t xml:space="preserve">        Boolean seminarUpdateLiveTypeResponse;</w:t>
        <w:br/>
        <w:t xml:space="preserve">        try {</w:t>
        <w:br/>
        <w:t xml:space="preserve">            String channelId = super.getChannelId();</w:t>
        <w:br/>
        <w:t xml:space="preserve">            seminarUpdateLiveTypeRequest.setChannelId(channelId);</w:t>
        <w:br/>
        <w:t xml:space="preserve">            seminarUpdateLiveTypeRequest.setSeminarLiveType("private");</w:t>
        <w:br/>
        <w:t xml:space="preserve">            seminarUpdateLiveTypeResponse = new SeminarChannelServiceImpl().updateLiveType(</w:t>
        <w:br/>
        <w:t xml:space="preserve">                    seminarUpdateLiveTypeRequest);</w:t>
        <w:br/>
        <w:t xml:space="preserve">            Assert.assertNotNull(seminarUpdateLiveTypeResponse);</w:t>
        <w:br/>
        <w:t xml:space="preserve">            if (seminarUpdateLiveTypeResponse != null) {</w:t>
        <w:br/>
        <w:t xml:space="preserve">                //to do something ......</w:t>
        <w:br/>
        <w:t xml:space="preserve">                log.debug("测试修改研讨会会议类型成功 {}", JSON.toJSONString(seminarUpdateLiveTypeResponse));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seminarLiveType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会议类型 private 对内研讨 public 对外直播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修改研讨会会议类型返回实体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