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更新白名单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1、更新白名单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  <w:br/>
        <w:t>4、接口更新为局部更新，即不传的字段维持不变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https://api.polyv.net/meet/v1/channel/auth-whitelist/update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oldCode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需要更新的原白名单记录，长度不超过64位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新的白名单记录，长度不超过64位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新的昵称，长度不超过64位（不传则不修改）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新的分组序号，1~50之间（不传则不修改）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新的组内身份（不传则不修改） leader：组长member：组员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https://api.polyv.net/meet/v1/channel/auth-whitelist/update?appId=fyirmfdak4&amp;timestamp=1657786379352&amp;sign=CEA301164F9BA5076F156C1EB60F22F8&amp;channelId=3220878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"oldCode" : "oldCode",</w:t>
        <w:br/>
        <w:t xml:space="preserve">  "code" : "code",</w:t>
        <w:br/>
        <w:t xml:space="preserve">  "name" : "name",</w:t>
        <w:br/>
        <w:t xml:space="preserve">  "groupNo" : 1,</w:t>
        <w:br/>
        <w:t xml:space="preserve">  "groupRole" :"member"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成功时为true，错误时为空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LoggerFactory.getLogger(WhitelistUpdate.class);</w:t>
        <w:br/>
        <w:t>/**</w:t>
        <w:br/>
        <w:t xml:space="preserve"> * 更新白名单</w:t>
        <w:br/>
        <w:t xml:space="preserve"> * @throws IOException</w:t>
        <w:br/>
        <w:t xml:space="preserve"> */</w:t>
        <w:br/>
        <w:t>@Test</w:t>
        <w:br/>
        <w:t>public void testWhitelistUpdate()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"https://api.polyv.net/meet/v1/channel/auth-whitelist/update";</w:t>
        <w:br/>
        <w:t xml:space="preserve">    String channelId = "2191532";</w:t>
        <w:br/>
        <w:t xml:space="preserve">    String body = "{\n" +</w:t>
        <w:br/>
        <w:t xml:space="preserve">        "  \"oldCode\" : \"oldCode\",\n" +</w:t>
        <w:br/>
        <w:t xml:space="preserve">        "  \"code\" : \"code\",\n" +</w:t>
        <w:br/>
        <w:t xml:space="preserve">        "  \"name\" : \"name\",\n" +</w:t>
        <w:br/>
        <w:t xml:space="preserve">        "  \"groupNo\" : 1,\n" +</w:t>
        <w:br/>
        <w:t xml:space="preserve">        "  \"groupRole\" :\"member\"\n" +</w:t>
        <w:br/>
        <w:t xml:space="preserve">        "}";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br/>
        <w:t xml:space="preserve">    requestMap.put("sign",LiveSignUtil.getSign(requestMap, appSecret));</w:t>
        <w:br/>
        <w:t xml:space="preserve">    url = HttpUtil.appendUrl(url, requestMap);</w:t>
        <w:br/>
        <w:t xml:space="preserve">    String response = HttpUtil.postJsonBody(url, body, null);</w:t>
        <w:br/>
        <w:t xml:space="preserve">    log.info("测试更新白名单接口返回值：{}",response);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"a7d7886f4a8c4938819b48c1b969ac04.66.16655445009590005",</w:t>
        <w:br/>
        <w:t xml:space="preserve">  "error": {</w:t>
        <w:br/>
        <w:t xml:space="preserve">    "code": 10001,</w:t>
        <w:br/>
        <w:t xml:space="preserve">    "desc": "原始会员码不能为空"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"a7d7886f4a8c4938819b48c1b969ac04.63.16655444886950005",</w:t>
        <w:br/>
        <w:t xml:space="preserve">  "error": {</w:t>
        <w:br/>
        <w:t xml:space="preserve">    "code": 10001,</w:t>
        <w:br/>
        <w:t xml:space="preserve">    "desc": "会员码不能为空"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"a7d7886f4a8c4938819b48c1b969ac04.57.16655448630610035",</w:t>
        <w:br/>
        <w:t xml:space="preserve">  "error": {</w:t>
        <w:br/>
        <w:t xml:space="preserve">    "code": 10001,</w:t>
        <w:br/>
        <w:t xml:space="preserve">    "desc": "会员码长度需要介于1和64之间"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"a7d7886f4a8c4938819b48c1b969ac04.59.16655445255610009",</w:t>
        <w:br/>
        <w:t xml:space="preserve">  "error": {</w:t>
        <w:br/>
        <w:t xml:space="preserve">    "code": 10001,</w:t>
        <w:br/>
        <w:t xml:space="preserve">    "desc": "昵称长度需要介于1和64之间"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"a7d7886f4a8c4938819b48c1b969ac04.58.16655455179100093",</w:t>
        <w:br/>
        <w:t xml:space="preserve">  "error": {</w:t>
        <w:br/>
        <w:t xml:space="preserve">    "code": 10001,</w:t>
        <w:br/>
        <w:t xml:space="preserve">    "desc": "组内身份不正确"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"a7d7886f4a8c4938819b48c1b969ac04.61.16655444651140003",</w:t>
        <w:br/>
        <w:t xml:space="preserve">  "error": {</w:t>
        <w:br/>
        <w:t xml:space="preserve">    "code": 50202,</w:t>
        <w:br/>
        <w:t xml:space="preserve">    "desc": "白名单不存在"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"a7d7886f4a8c4938819b48c1b969ac04.60.16655454803730087",</w:t>
        <w:br/>
        <w:t xml:space="preserve">  "error": {</w:t>
        <w:br/>
        <w:t xml:space="preserve">    "code": 50203,</w:t>
        <w:br/>
        <w:t xml:space="preserve">    "desc": "会员码已存在"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"a7d7886f4a8c4938819b48c1b969ac04.63.16655455046100091",</w:t>
        <w:br/>
        <w:t xml:space="preserve">  "error": {</w:t>
        <w:br/>
        <w:t xml:space="preserve">    "code": 50204,</w:t>
        <w:br/>
        <w:t xml:space="preserve">    "desc": "更新白名单失败，组内已有组长"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