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分页查询白名单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1、分页查询白名单</w:t>
        <w:br/>
        <w:t>2、（channelId, timestamp, appId）参与sign签名，并和sign一起通过url传递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https://api.polyv.net/meet/v1/channel/auth-whitelist/get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当前页码，1~1000之间取值；不传默认1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单页数量，1~1000之间取值；不传默认10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https://api.polyv.net/meet/v1/channel/auth-whitelist/get?appId=fyirmfdak4&amp;timestamp=1657786379352&amp;sign=CEA301164F9BA5076F156C1EB60F22F8&amp;channelId=2191532&amp;pageNumber=3&amp;pageSize=10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失败原因，失败时返回。成功时为空【详见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每页数据大小，默认10，最大值1000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会员码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groupNo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分组序号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组内身份 leader：组长member：组员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LoggerFactory.getLogger(WhitelistGet.class);</w:t>
        <w:br/>
        <w:t>/**</w:t>
        <w:br/>
        <w:t xml:space="preserve"> * 分页查询白名单</w:t>
        <w:br/>
        <w:t xml:space="preserve"> * @throws IOException</w:t>
        <w:br/>
        <w:t xml:space="preserve"> */</w:t>
        <w:br/>
        <w:t>@Test</w:t>
        <w:br/>
        <w:t>public void testWhitelistGet()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"https://api.polyv.net/meet/v1/channel/auth-whitelist/get";</w:t>
        <w:br/>
        <w:t xml:space="preserve">    String channelId = "2191532";</w:t>
        <w:br/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log.info("测试分页查询白名单接口返回值：{}",response);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"9d87a0743cd741e2ad7100ee83459f64.62.16655593873260005",</w:t>
        <w:br/>
        <w:t xml:space="preserve">  "data": {</w:t>
        <w:br/>
        <w:t xml:space="preserve">    "pageNumber": 1,</w:t>
        <w:br/>
        <w:t xml:space="preserve">    "pageSize": 10,</w:t>
        <w:br/>
        <w:t xml:space="preserve">    "totalPages": 1,</w:t>
        <w:br/>
        <w:t xml:space="preserve">    "totalItems": 5,</w:t>
        <w:br/>
        <w:t xml:space="preserve">    "contents": [</w:t>
        <w:br/>
        <w:t xml:space="preserve">      {</w:t>
        <w:br/>
        <w:t xml:space="preserve">        "channelId": 2191532,</w:t>
        <w:br/>
        <w:t xml:space="preserve">        "userId": "1b448be323",</w:t>
        <w:br/>
        <w:t xml:space="preserve">        "code": "code1",</w:t>
        <w:br/>
        <w:t xml:space="preserve">        "name": "name1",</w:t>
        <w:br/>
        <w:t xml:space="preserve">        "groupNo": 1,</w:t>
        <w:br/>
        <w:t xml:space="preserve">        "groupName": "1组",</w:t>
        <w:br/>
        <w:t xml:space="preserve">        "groupRole": "leader"</w:t>
        <w:br/>
        <w:t xml:space="preserve">      },</w:t>
        <w:br/>
        <w:t xml:space="preserve">      {</w:t>
        <w:br/>
        <w:t xml:space="preserve">        "channelId": 2191532,</w:t>
        <w:br/>
        <w:t xml:space="preserve">        "userId": "1b448be323",</w:t>
        <w:br/>
        <w:t xml:space="preserve">        "code": "code2",</w:t>
        <w:br/>
        <w:t xml:space="preserve">        "name": "name2",</w:t>
        <w:br/>
        <w:t xml:space="preserve">        "groupNo": 1,</w:t>
        <w:br/>
        <w:t xml:space="preserve">        "groupName": "1组",</w:t>
        <w:br/>
        <w:t xml:space="preserve">        "groupRole": "member"</w:t>
        <w:br/>
        <w:t xml:space="preserve">      },</w:t>
        <w:br/>
        <w:t xml:space="preserve">      {</w:t>
        <w:br/>
        <w:t xml:space="preserve">        "channelId": 2191532,</w:t>
        <w:br/>
        <w:t xml:space="preserve">        "userId": "1b448be323",</w:t>
        <w:br/>
        <w:t xml:space="preserve">        "code": "11",</w:t>
        <w:br/>
        <w:t xml:space="preserve">        "name": "11",</w:t>
        <w:br/>
        <w:t xml:space="preserve">        "groupNo": 1,</w:t>
        <w:br/>
        <w:t xml:space="preserve">        "groupName": "1组",</w:t>
        <w:br/>
        <w:t xml:space="preserve">        "groupRole": "member"</w:t>
        <w:br/>
        <w:t xml:space="preserve">      },</w:t>
        <w:br/>
        <w:t xml:space="preserve">      {</w:t>
        <w:br/>
        <w:t xml:space="preserve">        "channelId": 2191532,</w:t>
        <w:br/>
        <w:t xml:space="preserve">        "userId": "1b448be323",</w:t>
        <w:br/>
        <w:t xml:space="preserve">        "code": "111",</w:t>
        <w:br/>
        <w:t xml:space="preserve">        "name": "name111",</w:t>
        <w:br/>
        <w:t xml:space="preserve">        "groupNo": 1,</w:t>
        <w:br/>
        <w:t xml:space="preserve">        "groupName": "1组",</w:t>
        <w:br/>
        <w:t xml:space="preserve">        "groupRole": "member"</w:t>
        <w:br/>
        <w:t xml:space="preserve">      },</w:t>
        <w:br/>
        <w:t xml:space="preserve">      {</w:t>
        <w:br/>
        <w:t xml:space="preserve">        "channelId": 2191532,</w:t>
        <w:br/>
        <w:t xml:space="preserve">        "userId": "1b448be323",</w:t>
        <w:br/>
        <w:t xml:space="preserve">        "code": "code3",</w:t>
        <w:br/>
        <w:t xml:space="preserve">        "name": "name3",</w:t>
        <w:br/>
        <w:t xml:space="preserve">        "groupNo": 2,</w:t>
        <w:br/>
        <w:t xml:space="preserve">        "groupName": "2组",</w:t>
        <w:br/>
        <w:t xml:space="preserve">        "groupRole": "member"</w:t>
        <w:br/>
        <w:t xml:space="preserve">      }</w:t>
        <w:br/>
        <w:t xml:space="preserve">    ]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403,</w:t>
        <w:br/>
        <w:t xml:space="preserve">  "status": "error",</w:t>
        <w:br/>
        <w:t xml:space="preserve">  "error": {</w:t>
        <w:br/>
        <w:t xml:space="preserve">    "code": 10002,</w:t>
        <w:br/>
        <w:t xml:space="preserve">    "desc": "签名错误"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"9d87a0743cd741e2ad7100ee83459f64.59.16655595201740017",</w:t>
        <w:br/>
        <w:t xml:space="preserve">  "error": {</w:t>
        <w:br/>
        <w:t xml:space="preserve">    "code": 10001,</w:t>
        <w:br/>
        <w:t xml:space="preserve">    "desc": "单次查询不能大于1000条"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分页查询白名单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