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查询录制视频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1、管理系统频道录制视频信息入口：云直播-我的直播-频道设置-回放管理-视频库-直播暂存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http://api.polyv.net/live/v2/channels/{channelId}/recordFiles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2、请求参数startDate与endDate需要同时传，可查询时间范围内频道录制的视频信息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3、当sessionId和startDate、endDate同时传时，仅sessionId有效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http://api.polyv.net/live/v2/channels/2191541/recordFiles?appId=frlr1zazn3&amp;sign=DABFF35FB3D25CAF37BB73F8944C2F44&amp;userId=1b448be323&amp;timestamp=1621840820088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请求失败时为空，请求成功时为频道录制视频信息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录制文件地址，优先返回MP4，若没有MP4会返回M3U8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开始录制时间，格式为：yyyyMMddHHmmss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结束录制时间，格式为：yyyyMMddHHmmss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录制文件大小（单位：字节）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录制文件码率（单位：字节）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分辨率，示例：1280x720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daysLeft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录制文件剩余天数，大于0：剩余天数，-1：永久，不会返回过期的录制文件记录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录制文件来源 manual：手动录制auto：自动录制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原始直播场次ID  当该录制文件为</w:t>
            </w:r>
            <w:r>
              <w:rPr>
                <w:rFonts w:ascii="Menlo" w:hAnsi="Menlo"/>
                <w:color w:val="444444"/>
                <w:sz w:val="17"/>
              </w:rPr>
              <w:t>手动录制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或</w:t>
            </w:r>
            <w:r>
              <w:rPr>
                <w:rFonts w:ascii="Menlo" w:hAnsi="Menlo"/>
                <w:color w:val="444444"/>
                <w:sz w:val="17"/>
              </w:rPr>
              <w:t>自动录制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时就等于当前直播场次ID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查询频道录制视频信息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testGetChannelRecordInfo()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"http://api.polyv.net/live/v2/channels/%s/recordFiles";</w:t>
        <w:br/>
        <w:t xml:space="preserve">    String channelId = "2139283";</w:t>
        <w:br/>
        <w:t xml:space="preserve">    String startDate = "2020-01-01";</w:t>
        <w:br/>
        <w:t xml:space="preserve">    String endDate = "2021-04-01";</w:t>
        <w:br/>
        <w:t xml:space="preserve">    String sessionId = "fwmnnydr06";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requestMap.put("userId", userId);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log.info("测试查询频道录制视频信息，返回值：{}",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"channelId":2191532,</w:t>
        <w:br/>
        <w:t xml:space="preserve">            "fileId":"94ea693e1733389ae2e7693ebdacbd43",</w:t>
        <w:br/>
        <w:t xml:space="preserve">            "url":"https://oss-live-1.videocc.net/record/record/recordf/1b448be323161536226913173df/2021-03-11-16-13-14_2021-03-11-16-15-07.mp4",</w:t>
        <w:br/>
        <w:t xml:space="preserve">            "startTime":"20210311161313",</w:t>
        <w:br/>
        <w:t xml:space="preserve">            "endTime":"20210311161507",</w:t>
        <w:br/>
        <w:t xml:space="preserve">            "fileSize":9200637,</w:t>
        <w:br/>
        <w:t xml:space="preserve">            "duration":114,</w:t>
        <w:br/>
        <w:t xml:space="preserve">            "bitrate":0,</w:t>
        <w:br/>
        <w:t xml:space="preserve">            "resolution":"1280x720",</w:t>
        <w:br/>
        <w:t xml:space="preserve">            "channelSessionId":"fwmnnydr06",</w:t>
        <w:br/>
        <w:t xml:space="preserve">            "fileName":"Spring 知识精讲1111",</w:t>
        <w:br/>
        <w:t xml:space="preserve">            "daysLeft": 165,</w:t>
        <w:br/>
        <w:t xml:space="preserve">            "origin": "auto",</w:t>
        <w:br/>
        <w:t xml:space="preserve">            "originSessionId": "fwmnnydr06"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查询录制视频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