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查询轮询监控账号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1、查询轮询监控账号</w:t>
        <w:br/>
        <w:t>2、（channelId, timestamp, appId）参与sign签名，并和sign一起通过url传递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https://api.polyv.net/live/v4/seminar/monitor/list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https://api.polyv.net/live/v4/seminar/monitor/list?appId=fyirmfdak4&amp;timestamp=1657786379352&amp;sign=CEA301164F9BA5076F156C1EB60F22F8&amp;channelId=2191532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监播员登录账号，不可修改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监播员昵称，支持1-16位长度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密码，支持6-16位长度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LoggerFactory.getLogger(MonitorListGet.class);</w:t>
        <w:br/>
        <w:t>/**</w:t>
        <w:br/>
        <w:t xml:space="preserve"> * 查询分组记录</w:t>
        <w:br/>
        <w:t xml:space="preserve"> * @throws IOException</w:t>
        <w:br/>
        <w:t xml:space="preserve"> */</w:t>
        <w:br/>
        <w:t>@Test</w:t>
        <w:br/>
        <w:t>public void testMonitorListGet()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"https://api.polyv.net/live/v4/seminar/monitor/list";</w:t>
        <w:br/>
        <w:t xml:space="preserve">    String channelId = "2191532";</w:t>
        <w:br/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log.info("测试查询轮询监控账号接口返回值：{}",response);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"faeae397448d4c5f988b278256cbc487.66.16591498966640035",</w:t>
        <w:br/>
        <w:t xml:space="preserve">  "data": [</w:t>
        <w:br/>
        <w:t xml:space="preserve">    {</w:t>
        <w:br/>
        <w:t xml:space="preserve">      "id": 18765,</w:t>
        <w:br/>
        <w:t xml:space="preserve">      "channelId": 2191532,</w:t>
        <w:br/>
        <w:t xml:space="preserve">      "userId": "1b448be323",</w:t>
        <w:br/>
        <w:t xml:space="preserve">      "nickname": "监播员",</w:t>
        <w:br/>
        <w:t xml:space="preserve">      "password": "iampassword"</w:t>
        <w:br/>
        <w:t xml:space="preserve">    }</w:t>
        <w:br/>
        <w:t xml:space="preserve">  ],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查询轮询监控账号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