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获取研讨会直播间参会者统计数据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1、获取研讨会直播间参会者统计数据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http://api.polyv.net/live/v3/channel/seminar/statistics/listViewLogs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结束时间，13位毫秒级时间戳（最多只能查询60天内的数据）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每页数据大小，默认10；最小值10；最大值1000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当前的页数，默认1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http://api.polyv.net/live/v3/channel/seminar/statistics/listViewLogs?appId=fyirmfdak4&amp;timestamp=1638174506033&amp;sign=8796F9B1CB8F000654DF5F84C43532A0&amp;startTime=1635696000000&amp;endTime=1638288000000&amp;channelId=2665820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退出时间，13位毫秒级时间戳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micDuration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演示次数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演示时长（单位：秒）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是否移动端，取值Y 移动端； N PC端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LoggerFactory.getLogger(GetSeminarViewLog.class);</w:t>
        <w:br/>
        <w:t>/**</w:t>
        <w:br/>
        <w:t xml:space="preserve"> * 获取研讨会直播间参会者统计数据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testGetSeminarViewLog()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"http://api.polyv.net/live/v3/channel/seminar/statistics/listViewLogs";</w:t>
        <w:br/>
        <w:t xml:space="preserve">    String channelId = "2377623";</w:t>
        <w:br/>
        <w:t xml:space="preserve">    long startTime = 1633017600000L;</w:t>
        <w:br/>
        <w:t xml:space="preserve">    long endTime = 1635696000000L;</w:t>
        <w:br/>
        <w:t xml:space="preserve">    int pageSize = 1;</w:t>
        <w:br/>
        <w:t xml:space="preserve">    int pageNumber = 10;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requestMap.put("startTime",String.valueOf(startTime));</w:t>
        <w:br/>
        <w:t xml:space="preserve">    requestMap.put("endTime",String.valueOf(endTime));</w:t>
        <w:br/>
        <w:t xml:space="preserve">    requestMap.put("pageSize",String.valueOf(pageSize));</w:t>
        <w:br/>
        <w:t xml:space="preserve">    requestMap.put("startTime",String.valueOf());</w:t>
        <w:br/>
        <w:t xml:space="preserve">    requestMap.put("pageNumber",String.valueOf(pageNumber));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log.info("测试获取研讨会直播间参会者统计数据返回值：{}",response);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  "pageSize": 10,</w:t>
        <w:br/>
        <w:t xml:space="preserve">    "pageNumber": 1,</w:t>
        <w:br/>
        <w:t xml:space="preserve">    "totalItems": 2,</w:t>
        <w:br/>
        <w:t xml:space="preserve">    "contents": [</w:t>
        <w:br/>
        <w:t xml:space="preserve">      {</w:t>
        <w:br/>
        <w:t xml:space="preserve">        "id": 11065,</w:t>
        <w:br/>
        <w:t xml:space="preserve">        "userId": "43f5f9caa2",</w:t>
        <w:br/>
        <w:t xml:space="preserve">        "channelId": 2640448,</w:t>
        <w:br/>
        <w:t xml:space="preserve">        "viewerId": "7882988f70",</w:t>
        <w:br/>
        <w:t xml:space="preserve">        "nickName": "bbb",</w:t>
        <w:br/>
        <w:t xml:space="preserve">        "startTime": 1635407075000,</w:t>
        <w:br/>
        <w:t xml:space="preserve">        "endTime": 1635409962000,</w:t>
        <w:br/>
        <w:t xml:space="preserve">        "stayDuration": 2887,</w:t>
        <w:br/>
        <w:t xml:space="preserve">        "micCount": 1,</w:t>
        <w:br/>
        <w:t xml:space="preserve">        "micDuration": 2886,</w:t>
        <w:br/>
        <w:t xml:space="preserve">        "showCount": 0,</w:t>
        <w:br/>
        <w:t xml:space="preserve">        "showDuration": 0,</w:t>
        <w:br/>
        <w:t xml:space="preserve">        "currentDay": "2021-10-28",</w:t>
        <w:br/>
        <w:t xml:space="preserve">        "browser": "Chrome",</w:t>
        <w:br/>
        <w:t xml:space="preserve">        "isMobile": "N",</w:t>
        <w:br/>
        <w:t xml:space="preserve">        "ipAddress": "61.144.147.168",</w:t>
        <w:br/>
        <w:t xml:space="preserve">        "country": "中国",</w:t>
        <w:br/>
        <w:t xml:space="preserve">        "province": "广东",</w:t>
        <w:br/>
        <w:t xml:space="preserve">        "city": "广州",</w:t>
        <w:br/>
        <w:t xml:space="preserve">        "status": 1,</w:t>
        <w:br/>
        <w:t xml:space="preserve">        "createdTime": 1635410039000,</w:t>
        <w:br/>
        <w:t xml:space="preserve">        "lastModified": 1635410039000</w:t>
        <w:br/>
        <w:t xml:space="preserve">      },</w:t>
        <w:br/>
        <w:t xml:space="preserve">      {</w:t>
        <w:br/>
        <w:t xml:space="preserve">        "id": 11064,</w:t>
        <w:br/>
        <w:t xml:space="preserve">        "userId": "43f5f9caa2",</w:t>
        <w:br/>
        <w:t xml:space="preserve">        "channelId": 2640448,</w:t>
        <w:br/>
        <w:t xml:space="preserve">        "viewerId": "5c4b866249",</w:t>
        <w:br/>
        <w:t xml:space="preserve">        "nickName": "陈",</w:t>
        <w:br/>
        <w:t xml:space="preserve">        "startTime": 1635407049000,</w:t>
        <w:br/>
        <w:t xml:space="preserve">        "endTime": 1635408507000,</w:t>
        <w:br/>
        <w:t xml:space="preserve">        "stayDuration": 1458,</w:t>
        <w:br/>
        <w:t xml:space="preserve">        "micCount": 1,</w:t>
        <w:br/>
        <w:t xml:space="preserve">        "micDuration": 1457,</w:t>
        <w:br/>
        <w:t xml:space="preserve">        "showCount": 0,</w:t>
        <w:br/>
        <w:t xml:space="preserve">        "showDuration": 0,</w:t>
        <w:br/>
        <w:t xml:space="preserve">        "currentDay": "2021-10-28",</w:t>
        <w:br/>
        <w:t xml:space="preserve">        "browser": "Chrome",</w:t>
        <w:br/>
        <w:t xml:space="preserve">        "isMobile": "N",</w:t>
        <w:br/>
        <w:t xml:space="preserve">        "ipAddress": "61.144.147.168",</w:t>
        <w:br/>
        <w:t xml:space="preserve">        "country": "中国",</w:t>
        <w:br/>
        <w:t xml:space="preserve">        "province": "广东",</w:t>
        <w:br/>
        <w:t xml:space="preserve">        "city": "广州",</w:t>
        <w:br/>
        <w:t xml:space="preserve">        "status": 1,</w:t>
        <w:br/>
        <w:t xml:space="preserve">        "createdTime": 1635410039000,</w:t>
        <w:br/>
        <w:t xml:space="preserve">        "lastModified": 1635410039000</w:t>
        <w:br/>
        <w:t xml:space="preserve">      }</w:t>
        <w:br/>
        <w:t xml:space="preserve">    ],</w:t>
        <w:br/>
        <w:t xml:space="preserve">    "limit": 2,</w:t>
        <w:br/>
        <w:t xml:space="preserve">    "totalPages": 1,</w:t>
        <w:br/>
        <w:t xml:space="preserve">    "endRow": 2,</w:t>
        <w:br/>
        <w:t xml:space="preserve">    "nextPageNumber": 1,</w:t>
        <w:br/>
        <w:t xml:space="preserve">    "lastPage": true,</w:t>
        <w:br/>
        <w:t xml:space="preserve">    "prePageNumber": 1,</w:t>
        <w:br/>
        <w:t xml:space="preserve">    "startRow": 1,</w:t>
        <w:br/>
        <w:t xml:space="preserve">    "firstPage": true,</w:t>
        <w:br/>
        <w:t xml:space="preserve">    "offset": 0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获取研讨会直播间参会者统计数据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