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获取研讨会频道录制设置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1、获取研讨会频道录制设置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http://api.polyv.net/live/v3/channel/seminar/setting/get-record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http://api.polyv.net/live/v3/channel/seminar/setting/get-record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appId=frlr1zazn3&amp;sign=01556AABE64ED5C285FF5378392FCD8C&amp;channelId=2377623&amp;timestamp=1621840770330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响应数据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录制开关，Y开启、N关闭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recordMode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录制模式，auto自动、manual手动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LoggerFactory.getLogger(RecordSettingTest.class);</w:t>
        <w:br/>
        <w:t>/**</w:t>
        <w:br/>
        <w:t xml:space="preserve"> * 获取研讨会频道录制设置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testRecordSetting()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"http://api.polyv.net/live/v3/channel/seminar/setting/get-record";</w:t>
        <w:br/>
        <w:t xml:space="preserve">    String channelId = "2377623";</w:t>
        <w:br/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t xml:space="preserve">    requestMap.put("channelId",channelId);</w:t>
        <w:br/>
        <w:t xml:space="preserve">    requestMap.put("sign",LiveSignUtil.getSign(requestMap, appSecret));</w:t>
        <w:br/>
        <w:t xml:space="preserve">    String response = HttpUtil.get(url, requestMap);</w:t>
        <w:br/>
        <w:t xml:space="preserve">    log.info("测试获取研讨会频道录制设置返回值：{}",response);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"message": "",</w:t>
        <w:br/>
        <w:t xml:space="preserve">  "data": {</w:t>
        <w:br/>
        <w:t xml:space="preserve">    "channelId": 2191532,</w:t>
        <w:br/>
        <w:t xml:space="preserve">    "userId": "1b448be323",</w:t>
        <w:br/>
        <w:t xml:space="preserve">    "enabled": "Y",</w:t>
        <w:br/>
        <w:t xml:space="preserve">    "mode": "auto",</w:t>
        <w:br/>
        <w:t xml:space="preserve">    "period": "hostOnline",</w:t>
        <w:br/>
        <w:t xml:space="preserve">    "resolution": "720p",</w:t>
        <w:br/>
        <w:t xml:space="preserve">    "createdTime": 1628133221000,</w:t>
        <w:br/>
        <w:t xml:space="preserve">    "lastModified": 1628133221000</w:t>
        <w:br/>
        <w:t xml:space="preserve">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获取研讨会频道录制设置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