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获取直播间观众统计数据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1、获取直播间观众统计数据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http://api.polyv.net/live/v3/channel/statistics/listViewLogs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结束时间，13位毫秒级时间戳（只能查询开始时间所在当月的数据；如需跨月查询，请分开请求查询）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每页数据大小，默认10；最小值10；最大值1000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当前的页数，默认1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http://api.polyv.net/live/v3/channel/statistics/listViewLogs?appId=f2zgpeyx00&amp;timestamp=1638179488464&amp;sign=C55D7D032E3FFB28324442C4DF74C6B2&amp;startTime=1633017600000&amp;endTime=1638288000000&amp;channelId=2000007&amp;pageSize=10&amp;pageNumber=1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观看类型 vod:回放; live:直播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退出时间，13位毫秒级时间戳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观看时长（单位：秒）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观看终端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LoggerFactory.getLogger(GetCdnViewLog.class);</w:t>
        <w:br/>
        <w:t>/**</w:t>
        <w:br/>
        <w:t xml:space="preserve"> * 获取直播间观众统计数据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testGetCdnViewLog()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"http://api.polyv.net/live/v3/channel/statistics/listViewLogs";</w:t>
        <w:br/>
        <w:t xml:space="preserve">    String channelId = "2377623";</w:t>
        <w:br/>
        <w:t xml:space="preserve">    long startTime = 1633017600000L;</w:t>
        <w:br/>
        <w:t xml:space="preserve">    long endTime = 1635696000000L;</w:t>
        <w:br/>
        <w:t xml:space="preserve">    int pageSize = 1;</w:t>
        <w:br/>
        <w:t xml:space="preserve">    int pageNumber = 10;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requestMap.put("startTime",String.valueOf(startTime));</w:t>
        <w:br/>
        <w:t xml:space="preserve">    requestMap.put("endTime",String.valueOf(endTime));</w:t>
        <w:br/>
        <w:t xml:space="preserve">    requestMap.put("pageSize",String.valueOf(pageSize));</w:t>
        <w:br/>
        <w:t xml:space="preserve">    requestMap.put("startTime",String.valueOf());</w:t>
        <w:br/>
        <w:t xml:space="preserve">    requestMap.put("pageNumber",String.valueOf(pageNumber));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log.info("测试获取直播间观众统计数据返回值：{}",response);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{</w:t>
        <w:br/>
        <w:t xml:space="preserve">    "pageSize": 10,</w:t>
        <w:br/>
        <w:t xml:space="preserve">    "pageNumber": 1,</w:t>
        <w:br/>
        <w:t xml:space="preserve">    "totalItems": 2,</w:t>
        <w:br/>
        <w:t xml:space="preserve">    "contents": [{</w:t>
        <w:br/>
        <w:t xml:space="preserve">      "playDuration": 27,</w:t>
        <w:br/>
        <w:t xml:space="preserve">      "stayDuration": 30,</w:t>
        <w:br/>
        <w:t xml:space="preserve">      "param1": "",</w:t>
        <w:br/>
        <w:t xml:space="preserve">      "param2": "",</w:t>
        <w:br/>
        <w:t xml:space="preserve">      "param3": "vod",</w:t>
        <w:br/>
        <w:t xml:space="preserve">      "createdTime": 1635439162000,</w:t>
        <w:br/>
        <w:t xml:space="preserve">      "ipAddress": "116.23.155.239",</w:t>
        <w:br/>
        <w:t xml:space="preserve">      "address": "广东广州",</w:t>
        <w:br/>
        <w:t xml:space="preserve">      "referer": "https://console.polyv.net/live/#/channel/2000007/video-library",</w:t>
        <w:br/>
        <w:t xml:space="preserve">      "browser": "Chrome 9",</w:t>
        <w:br/>
        <w:t xml:space="preserve">      "sessionId": "",</w:t>
        <w:br/>
        <w:t xml:space="preserve">      "province": "广东",</w:t>
        <w:br/>
        <w:t xml:space="preserve">      "city": "广州",</w:t>
        <w:br/>
        <w:t xml:space="preserve">      "ptype": 0,</w:t>
        <w:br/>
        <w:t xml:space="preserve">      "originSessionId": ""</w:t>
        <w:br/>
        <w:t xml:space="preserve">    }, {</w:t>
        <w:br/>
        <w:t xml:space="preserve">      "playDuration": 179,</w:t>
        <w:br/>
        <w:t xml:space="preserve">      "stayDuration": 180,</w:t>
        <w:br/>
        <w:t xml:space="preserve">      "param1": "1634632927097",</w:t>
        <w:br/>
        <w:t xml:space="preserve">      "param2": "直播观众/21234",</w:t>
        <w:br/>
        <w:t xml:space="preserve">      "param3": "live",</w:t>
        <w:br/>
        <w:t xml:space="preserve">      "createdTime": 1634633045000,</w:t>
        <w:br/>
        <w:t xml:space="preserve">      "ipAddress": "61.144.145.78",</w:t>
        <w:br/>
        <w:t xml:space="preserve">      "address": "广东广州",</w:t>
        <w:br/>
        <w:t xml:space="preserve">      "referer": "https://live.polyv.cn/watch/2000007",</w:t>
        <w:br/>
        <w:t xml:space="preserve">      "browser": "Chrome 9",</w:t>
        <w:br/>
        <w:t xml:space="preserve">      "sessionId": "g3ffzv8bkj",</w:t>
        <w:br/>
        <w:t xml:space="preserve">      "province": "广东",</w:t>
        <w:br/>
        <w:t xml:space="preserve">      "city": "广州",</w:t>
        <w:br/>
        <w:t xml:space="preserve">      "ptype": 0,</w:t>
        <w:br/>
        <w:t xml:space="preserve">      "originSessionId": "g3ffzv8bkj"</w:t>
        <w:br/>
        <w:t xml:space="preserve">    }],</w:t>
        <w:br/>
        <w:t xml:space="preserve">    "limit": 2,</w:t>
        <w:br/>
        <w:t xml:space="preserve">    "endRow": 2,</w:t>
        <w:br/>
        <w:t xml:space="preserve">    "totalPages": 1,</w:t>
        <w:br/>
        <w:t xml:space="preserve">    "nextPageNumber": 1,</w:t>
        <w:br/>
        <w:t xml:space="preserve">    "startRow": 1,</w:t>
        <w:br/>
        <w:t xml:space="preserve">    "firstPage": true,</w:t>
        <w:br/>
        <w:t xml:space="preserve">    "lastPage": true,</w:t>
        <w:br/>
        <w:t xml:space="preserve">    "prePageNumber": 1,</w:t>
        <w:br/>
        <w:t xml:space="preserve">    "offset": 0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获取直播间观众统计数据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