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删除单个频道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1、删除单个直播频道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http://api.polyv.net/live/v2/channels/{channelId}/delete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http://api.polyv.net/live/v2/channels/2204918/delete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appId=frlr1zazn3&amp;sign=954C153E18456510081FAE33FAC0E723&amp;userId=1b448be323&amp;timestamp=1621840064655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请求成功时为true，请求失败为空字符串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删除频道</w:t>
        <w:br/>
        <w:t xml:space="preserve"> * @throws IOException</w:t>
        <w:br/>
        <w:t xml:space="preserve"> */</w:t>
        <w:br/>
        <w:t>@Test</w:t>
        <w:br/>
        <w:t>public void testDeleteChannel()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"2204918";</w:t>
        <w:br/>
        <w:t xml:space="preserve">    String temp = String.format("http://api.polyv.net/live/v2/channels/%s/delete",channelId);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requestMap.put("userId",userId);</w:t>
        <w:br/>
        <w:br/>
        <w:t xml:space="preserve">    requestMap.put("sign",LiveSignUtil.getSign(requestMap, appSecret));</w:t>
        <w:br/>
        <w:t xml:space="preserve">    String response = HttpUtil.postFormBody(temp, requestMap);</w:t>
        <w:br/>
        <w:t xml:space="preserve">    log.info("测试删除频道接口返回值：{}",response);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删除单个频道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