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创建研讨会频道(新版后台)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创建单个频道(旧版)</w:t>
      </w:r>
    </w:p>
    <w:p>
      <w:pPr>
        <w:pStyle w:val="Heading2"/>
      </w:pPr>
      <w:r>
        <w:t>旧版接口升级新版注意事项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1、旧版接口创建频道时，能直接设置频道基本信息、对外研讨时的观看条件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2、新版接口创建频道时，只能设置频道基本信息，观看条件来源于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默认模板</w:t>
      </w:r>
      <w:r>
        <w:rPr>
          <w:rFonts w:ascii="Source Han Sans SC" w:hAnsi="Source Han Sans SC" w:eastAsia="Source Han Sans SC" w:cs="Source Han Sans SC" w:hint="eastAsia"/>
          <w:sz w:val="20"/>
        </w:rPr>
        <w:t>设置，在创建频道前需设置好默认模板；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3、默认模板的修改不会对已创建的频道产生影响，已创建频道信息的修改与旧版接口一致；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1、根据直播默认模板创建频道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2、研讨会场景下主持人密码和参会人密码不能相同；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(seminar-研讨会)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研讨会主持人密码，仅直播场景是研讨会时有效，长度6-16位，不传则由系统随机生成。研讨会主持人密码和参会人密码不能相同。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研讨会参会人密码，仅直播场景是研讨会时有效，长度6-16位，不传则由系统随机生成。研讨会主持人密码和参会人密码不能相同。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录制方式，仅直播场景是研讨会时有效。auto 自动录制（默认）；manual 手动录制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seminarLiveType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会议类型，仅直播场景是研讨会时有效。private 对内研讨（默认）；public 对外直播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封面图片地址，非保利威域名下的图片需调用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上传频道所有装修图片素材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分类ID，可通过“查询直播分类”接口获取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开始时间，时间戳，如：1629734400000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参会人数1-47：代表参会人数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http://api.polyv.net/live/v4/channel/create?appId=frlr1zazn3&amp;sign=E3F501CFEF5FCCF2DF9BFDCE9C91F48C&amp;timestamp=1629445373947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"name": "polyv研讨会",</w:t>
        <w:br/>
        <w:t xml:space="preserve">  "newScene": "seminar",</w:t>
        <w:br/>
        <w:t xml:space="preserve">  "recordMode": "auto",</w:t>
        <w:br/>
        <w:t xml:space="preserve">  "seminarLiveType": "private",</w:t>
        <w:br/>
        <w:t xml:space="preserve">  "seminarHostPassword": "hostpasswd",</w:t>
        <w:br/>
        <w:t xml:space="preserve">  "seminarAttendeePassword": "attendeepasswd"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讲师登录密码，直播场景不是研讨会时不为null，长度6-16位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研讨会主持人密码，仅直播场景是研讨会时不为null，长度6-16位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研讨会参会人密码，仅直播场景是研讨会时不为null，长度6-16位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创建研讨会频道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testBasicCreateV4()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"http://api.polyv.net/live/v4/channel/create";</w:t>
        <w:br/>
        <w:br/>
        <w:t xml:space="preserve">        String name = "polyv研讨会";</w:t>
        <w:br/>
        <w:t xml:space="preserve">        String newScene = "seminar";</w:t>
        <w:br/>
        <w:t xml:space="preserve">        String recordMode = "auto";</w:t>
        <w:br/>
        <w:t xml:space="preserve">        String seminarLiveType = "private";</w:t>
        <w:br/>
        <w:t xml:space="preserve">        String seminarHostPassword = "hostpasswd";</w:t>
        <w:br/>
        <w:t xml:space="preserve">        String seminarAttendeePassword = "attendeepasswd";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Map&lt;String, String&gt; bodyMap = new HashMap&lt;&gt;();</w:t>
        <w:br/>
        <w:t xml:space="preserve">        bodyMap.put("name", name);</w:t>
        <w:br/>
        <w:t xml:space="preserve">        bodyMap.put("newScene", newScene);</w:t>
        <w:br/>
        <w:t xml:space="preserve">        bodyMap.put("recordMode", recordMode);</w:t>
        <w:br/>
        <w:t xml:space="preserve">        bodyMap.put("seminarLiveType", seminarLiveType);</w:t>
        <w:br/>
        <w:t xml:space="preserve">        bodyMap.put("seminarHostPassword", seminarHostPassword);</w:t>
        <w:br/>
        <w:t xml:space="preserve">        bodyMap.put("seminarAttendeePassword", seminarAttendeePassword);</w:t>
        <w:br/>
        <w:br/>
        <w:t xml:space="preserve">        requestMap.put("sign", LiveSignUtil.getSign(requestMap, appSecret));</w:t>
        <w:br/>
        <w:br/>
        <w:t xml:space="preserve">        String body = JSON.toJSONString(bodyMap);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log.info("测试创建研讨会频道，返回值：{}", response);</w:t>
        <w:br/>
        <w:t xml:space="preserve">        //do somethings</w:t>
        <w:br/>
        <w:br/>
        <w:t xml:space="preserve">    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"788bc586bbe34965a15a284c511116df.66.16414529932010715",</w:t>
        <w:br/>
        <w:t xml:space="preserve">  "data": {</w:t>
        <w:br/>
        <w:t xml:space="preserve">    "channelId": 2771673,</w:t>
        <w:br/>
        <w:t xml:space="preserve">    "userId": "1b448be323",</w:t>
        <w:br/>
        <w:t xml:space="preserve">    "scene": null,</w:t>
        <w:br/>
        <w:t xml:space="preserve">    "channelPasswd": null,</w:t>
        <w:br/>
        <w:t xml:space="preserve">    "seminarHostPassword": "hostpasswd",</w:t>
        <w:br/>
        <w:t xml:space="preserve">    "seminarAttendeePassword": "attendeepasswd"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创建研讨会频道(新版后台)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