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批量删除频道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1、批量删除直播频道</w:t>
        <w:br/>
        <w:t>2、如果响应失败，则表示全部频道都失败，不会有部份成功、部份失败的结果</w:t>
        <w:br/>
        <w:t>3、（timestamp, appId）参与sign签名，并和sign一起通过url传递，请求体参数不参与签名，通过post请求体传递【请设置请求头contentType:application/json】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http://api.polyv.net/live/v3/channel/basic/batch-delete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请求体参数，频道号列表，每次最多删除100个频道， 必须放在请求体中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http://api.polyv.net/live/v3/channel/basic/batch-delete?appId=frlr1zazn3&amp;sign=73B3F3701C5F80B1002BA598B61DA3E7&amp;timestamp=1621840275897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"channelIds": [</w:t>
        <w:br/>
        <w:t xml:space="preserve">    2306561,</w:t>
        <w:br/>
        <w:t xml:space="preserve">    2306565</w:t>
        <w:br/>
        <w:t xml:space="preserve">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请求成功时为true，请求失败为空字符串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批量删除频道</w:t>
        <w:br/>
        <w:t xml:space="preserve"> * @throws IOException</w:t>
        <w:br/>
        <w:t xml:space="preserve"> */</w:t>
        <w:br/>
        <w:t>@Test</w:t>
        <w:br/>
        <w:t>public void testBatchDeleteChannels()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body = "{\"channelIds\":[2306561,2306565]}";</w:t>
        <w:br/>
        <w:t xml:space="preserve">    String url = "http://api.polyv.net/live/v3/channel/basic/batch-delete";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 ,null);</w:t>
        <w:br/>
        <w:t xml:space="preserve">    log.info("测试批量删除频道接口返回值：{}",response);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批量删除频道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