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创建研讨会频道(旧版后台)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1、创建频道并进行相关设置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basicSetting字段说明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频道密码，（可以通过频道号+频道密码登录该频道）长度不能超过16位，必须同时包含字母和数字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直播场景seminar：研讨会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新建频道的所属分类，如果不提交，则为默认分类（分类ID可通过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“查询直播分类”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接口得到）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累积观看数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是否开启条件观看N：关闭Y：开启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pay：付费观看code：验证码观看info：登记观看custom：自定义授权观看external：外部授权观看direct：独立授权观看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当authType为pay时，设置参数，必填。欢迎语标题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当authType为pay时，设置参数，非必填。付费有效截止日期，格式：yyyy-MM-dd HH:mm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当authType为code时，设置参数，必填。验证码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当authType为code时，设置参数，非必填。公众号二维码地址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当authType为info时，设置参数，必填。登记观看信息，上限为5个【详见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http://api.polyv.net/live/v3/channel/basic/create?appId=frlr1zazn3&amp;sign=A4433D6B4C9E5F34415EBACA2F206DDE&amp;timestamp=1636706861620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"basicSetting": {</w:t>
        <w:br/>
        <w:t xml:space="preserve">        "name": "创建研讨会频道",</w:t>
        <w:br/>
        <w:t xml:space="preserve">        "channelPasswd": "polyv123"</w:t>
        <w:br/>
        <w:t xml:space="preserve">    },</w:t>
        <w:br/>
        <w:t xml:space="preserve">    "authSettings": [</w:t>
        <w:br/>
        <w:t xml:space="preserve">        {</w:t>
        <w:br/>
        <w:t xml:space="preserve">            "watchEndTime": 1616753886000,</w:t>
        <w:br/>
        <w:t xml:space="preserve">            "rank": 1,</w:t>
        <w:br/>
        <w:t xml:space="preserve">            "enabled": "Y",</w:t>
        <w:br/>
        <w:t xml:space="preserve">            "authType": "external",</w:t>
        <w:br/>
        <w:t xml:space="preserve">            "externalKey": "L0EjokKI4O",</w:t>
        <w:br/>
        <w:t xml:space="preserve">            "externalUri": "http://demo.ipolyv.cn/chenwb/live-validate.php"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当前时间戳（毫秒）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创建单个频道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testBasicCreate()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"http://api.polyv.net/live/v3/channel/basic/create";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json = "{\"basicSetting\":{\"name\":\"创建研讨会频道\",\"channelPasswd\":\"polyv123\"}," +</w:t>
        <w:br/>
        <w:t xml:space="preserve">    "\"authSettings\":[{\"watchEndTime\":1616753886000,\"rank\":1,\"enabled\":\"Y\"," +</w:t>
        <w:br/>
        <w:t xml:space="preserve">    "\"authType\":\"external\",\"externalKey\":\"L0EjokKI4O\",\"externalUri\":\"http://demo.polyv" +</w:t>
        <w:br/>
        <w:t xml:space="preserve">    ".net/chenwb/live-validate.php\"}]}";</w:t>
        <w:br/>
        <w:t xml:space="preserve">    String response = HttpUtil.postJsonBody(url, json, null);</w:t>
        <w:br/>
        <w:t xml:space="preserve">    log.info("测试创建单个频道，返回值：{}",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2671450,</w:t>
        <w:br/>
        <w:t xml:space="preserve">        "userId": "1b448be323",</w:t>
        <w:br/>
        <w:t xml:space="preserve">        "name": "创建研讨会频道",</w:t>
        <w:br/>
        <w:t xml:space="preserve">        "channelPasswd": "polyv123",</w:t>
        <w:br/>
        <w:t xml:space="preserve">        "scene": "seminar",</w:t>
        <w:br/>
        <w:t xml:space="preserve">        "currentTimeMillis": 1636706867876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创建研讨会频道(旧版后台)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