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更新单个分组记录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1、更新单个分组记录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oldViewerId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需要更新的分组记录的原参会人id，长度不超过64位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新的参会人id，长度不超过64位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新的参会人昵称，长度不超过64位（仅作为辨认依据，不改变用户参会名称）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groupNo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新的分组序号，1~50之间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新的组内身份 leader：组长member：组员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https://api.polyv.net/live/v4/seminar/group/plan/update?appId=fyirmfdak4&amp;timestamp=1657786379352&amp;sign=CEA301164F9BA5076F156C1EB60F22F8&amp;channelId=3220878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"oldViewerId" : "oldViewerId",</w:t>
        <w:br/>
        <w:t xml:space="preserve">  "viewerId" : "newViewerId",</w:t>
        <w:br/>
        <w:t xml:space="preserve">  "nickname" : "nickname",</w:t>
        <w:br/>
        <w:t xml:space="preserve">  "groupNo" : 1,</w:t>
        <w:br/>
        <w:t xml:space="preserve">  "groupRole" :"member"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LoggerFactory.getLogger(GroupPlanUpdate.class);</w:t>
        <w:br/>
        <w:t>/**</w:t>
        <w:br/>
        <w:t xml:space="preserve"> * 删除单个分组记录</w:t>
        <w:br/>
        <w:t xml:space="preserve"> * @throws IOException</w:t>
        <w:br/>
        <w:t xml:space="preserve"> */</w:t>
        <w:br/>
        <w:t>@Test</w:t>
        <w:br/>
        <w:t>public void testGroupPlanUpdate()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"https://api.polyv.net/live/v4/seminar/group/plan/update";</w:t>
        <w:br/>
        <w:t xml:space="preserve">    String channelId = "2191532";</w:t>
        <w:br/>
        <w:t xml:space="preserve">    String body = "{\n" +</w:t>
        <w:br/>
        <w:t xml:space="preserve">        "  \"oldViewerId\" : \"oldViewerId\",\n" +</w:t>
        <w:br/>
        <w:t xml:space="preserve">        "  \"viewerId\" : \"newViewerId\",\n" +</w:t>
        <w:br/>
        <w:t xml:space="preserve">        "  \"nickname\" : \"nickname\",\n" +</w:t>
        <w:br/>
        <w:t xml:space="preserve">        "  \"groupNo\" : 1,\n" +</w:t>
        <w:br/>
        <w:t xml:space="preserve">        "  \"groupRole\" :\"member\"\n" +</w:t>
        <w:br/>
        <w:t xml:space="preserve">        "}";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log.info("测试更新单个分组记录接口返回值：{}",response);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"0249c3cfda4b426ba567dcc18ef07531.63.16577880487180263",</w:t>
        <w:br/>
        <w:t xml:space="preserve">  "error": {</w:t>
        <w:br/>
        <w:t xml:space="preserve">    "code": 50012,</w:t>
        <w:br/>
        <w:t xml:space="preserve">    "desc": "更新分组记录失败，原记录不存在"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"0249c3cfda4b426ba567dcc18ef07531.66.16577882689270277",</w:t>
        <w:br/>
        <w:t xml:space="preserve">  "error": {</w:t>
        <w:br/>
        <w:t xml:space="preserve">    "code": 50013,</w:t>
        <w:br/>
        <w:t xml:space="preserve">    "desc": "更新分组记录失败，组内已有组长"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更新单个分组记录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