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批量新增分组记录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1、批量新增分组记录</w:t>
        <w:br/>
        <w:t>2、分组记录数量上限是1万条</w:t>
        <w:br/>
        <w:t>3、单次只允许增加同一频道的记录</w:t>
        <w:br/>
        <w:t>4、校验参会人id是否重复时，不区分大小写</w:t>
        <w:br/>
        <w:t>5、（channelId, timestamp, appId）参与sign签名，并和sign一起通过url传递，请求体参数不参与签名，通过post请求体传递【请设置请求头contentType:application/json】</w:t>
        <w:br/>
        <w:t>6、接口支持https协议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https://api.polyv.net/live/v4/seminar/group/plan/save-batch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批量插入记录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参会人id，长度不超过64位（不可重复）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参会人昵称，长度不超过64位（仅作为辨认依据，不改变用户参会名称）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分组序号，1~50之间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组内身份，一个分组内不能多于一个组长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https://api.polyv.net/live/v4/seminar/group/plan/save-batch?appId=fyirmfdak4&amp;timestamp=1657786379352&amp;sign=CEA301164F9BA5076F156C1EB60F22F8&amp;channelId=3220878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"list" : [{</w:t>
        <w:br/>
        <w:t xml:space="preserve">    "viewerId": "viewerId1",</w:t>
        <w:br/>
        <w:t xml:space="preserve">    "nickname": "viewerId1_nick",</w:t>
        <w:br/>
        <w:t xml:space="preserve">    "groupNo": 1,</w:t>
        <w:br/>
        <w:t xml:space="preserve">    "groupRole": "leader"</w:t>
        <w:br/>
        <w:t xml:space="preserve">  }, {</w:t>
        <w:br/>
        <w:br/>
        <w:t xml:space="preserve">    "viewerId": "viewerId2",</w:t>
        <w:br/>
        <w:t xml:space="preserve">    "nickname": "viewerId2_nick",</w:t>
        <w:br/>
        <w:t xml:space="preserve">    "groupNo": 1,</w:t>
        <w:br/>
        <w:t xml:space="preserve">    "groupRole": "member"</w:t>
        <w:br/>
        <w:t xml:space="preserve">  }, {</w:t>
        <w:br/>
        <w:br/>
        <w:t xml:space="preserve">    "viewerId": "viewerId3",</w:t>
        <w:br/>
        <w:t xml:space="preserve">    "nickname": "viewerId3_nick",</w:t>
        <w:br/>
        <w:t xml:space="preserve">    "groupNo": 2,</w:t>
        <w:br/>
        <w:t xml:space="preserve">    "groupRole": "member"</w:t>
        <w:br/>
        <w:t xml:space="preserve">  }]</w:t>
        <w:br/>
        <w:t>}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infoIncorrectViewerIdList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不合法的参会人id。（昵称为空/昵称长度大于64位/分组序号为空/分组序号不在1~50之间/组内身份为空/组内身份传参有误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duplicateViewerIdList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重复的参会人id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duplicateLeaderGroupNoList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重复组长的分组序号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LoggerFactory.getLogger(GroupPlanSaveBatch.class);</w:t>
        <w:br/>
        <w:t>/**</w:t>
        <w:br/>
        <w:t xml:space="preserve"> * 批量新增分组记录</w:t>
        <w:br/>
        <w:t xml:space="preserve"> * @throws IOException</w:t>
        <w:br/>
        <w:t xml:space="preserve"> */</w:t>
        <w:br/>
        <w:t>@Test</w:t>
        <w:br/>
        <w:t>public void testGroupPlanSaveBatch()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"https://api.polyv.net/live/v4/seminar/group/plan/save-batch";</w:t>
        <w:br/>
        <w:t xml:space="preserve">    String channelId = "2191532";</w:t>
        <w:br/>
        <w:t xml:space="preserve">    String body = "{\n" +</w:t>
        <w:br/>
        <w:t xml:space="preserve">        "  \"list\" : [{\n" +</w:t>
        <w:br/>
        <w:t xml:space="preserve">        "    \"viewerId\": \"viewerId1\",\n" +</w:t>
        <w:br/>
        <w:t xml:space="preserve">        "    \"nickname\": \"viewerId1_nick\",\n" +</w:t>
        <w:br/>
        <w:t xml:space="preserve">        "    \"groupNo\": 1,\n" +</w:t>
        <w:br/>
        <w:t xml:space="preserve">        "    \"groupRole\": \"leader\"\n" +</w:t>
        <w:br/>
        <w:t xml:space="preserve">        "  }, {\n" +</w:t>
        <w:br/>
        <w:t xml:space="preserve">        "\n" +</w:t>
        <w:br/>
        <w:t xml:space="preserve">        "    \"viewerId\": \"viewerId2\",\n" +</w:t>
        <w:br/>
        <w:t xml:space="preserve">        "    \"nickname\": \"viewerId2_nick\",\n" +</w:t>
        <w:br/>
        <w:t xml:space="preserve">        "    \"groupNo\": 1,\n" +</w:t>
        <w:br/>
        <w:t xml:space="preserve">        "    \"groupRole\": \"member\"\n" +</w:t>
        <w:br/>
        <w:t xml:space="preserve">        "  }, {\n" +</w:t>
        <w:br/>
        <w:t xml:space="preserve">        "\n" +</w:t>
        <w:br/>
        <w:t xml:space="preserve">        "    \"viewerId\": \"viewerId3\",\n" +</w:t>
        <w:br/>
        <w:t xml:space="preserve">        "    \"nickname\": \"viewerId3_nick\",\n" +</w:t>
        <w:br/>
        <w:t xml:space="preserve">        "    \"groupNo\": 2,\n" +</w:t>
        <w:br/>
        <w:t xml:space="preserve">        "    \"groupRole\": \"member\"\n" +</w:t>
        <w:br/>
        <w:t xml:space="preserve">        "  }]\n"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log.info("测试批量新增分组记录接口返回值：{}",response);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"f02d8d1c81b94bf3b761efb9b9bc1fd2.58.16577892258410007",</w:t>
        <w:br/>
        <w:t xml:space="preserve">  "error": {</w:t>
        <w:br/>
        <w:t xml:space="preserve">    "code": 50011,</w:t>
        <w:br/>
        <w:t xml:space="preserve">    "desc": "批量插入分组记录失败，信息有误"</w:t>
        <w:br/>
        <w:t xml:space="preserve">  },</w:t>
        <w:br/>
        <w:t xml:space="preserve">  "data": {</w:t>
        <w:br/>
        <w:t xml:space="preserve">    "infoIncorrectViewerIdList": [],</w:t>
        <w:br/>
        <w:t xml:space="preserve">    "duplicateViewerIdList": ["viewerid2", "viewerid3"],</w:t>
        <w:br/>
        <w:t xml:space="preserve">    "duplicateLeaderGroupNoList": [],</w:t>
        <w:br/>
        <w:t xml:space="preserve">    "correct": false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"f02d8d1c81b94bf3b761efb9b9bc1fd2.58.16577892258410007",</w:t>
        <w:br/>
        <w:t xml:space="preserve">  "error": {</w:t>
        <w:br/>
        <w:t xml:space="preserve">    "code": 50010,</w:t>
        <w:br/>
        <w:t xml:space="preserve">    "desc": "数量超过限制，最多10000条数据"</w:t>
        <w:br/>
        <w:t xml:space="preserve">  },</w:t>
        <w:br/>
        <w:t xml:space="preserve">  "data": {</w:t>
        <w:br/>
        <w:t xml:space="preserve">    "infoIncorrectViewerIdList": [],</w:t>
        <w:br/>
        <w:t xml:space="preserve">    "duplicateViewerIdList": [],</w:t>
        <w:br/>
        <w:t xml:space="preserve">    "duplicateLeaderGroupNoList": [],</w:t>
        <w:br/>
        <w:t xml:space="preserve">    "correct": false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批量新增分组记录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