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查询分组记录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1、查询分组记录</w:t>
        <w:br/>
        <w:t>2、（channelId, timestamp, appId）参与sign签名，并和sign一起通过url传递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https://api.polyv.net/live/v4/seminar/group/plan/get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当前页码，1~1000之间取值；不传默认1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单页数量，1~1000之间取值；不传默认10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https://api.polyv.net/live/v4/seminar/group/plan/get?appId=fyirmfdak4&amp;timestamp=1657786379352&amp;sign=CEA301164F9BA5076F156C1EB60F22F8&amp;channelId=2191532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失败原因，失败时返回。成功时为空【详见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参会人昵称（仅作为辨认依据，不改变用户参会名称）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组内身份 leader：组长member：组员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LoggerFactory.getLogger(GroupPlanGet.class);</w:t>
        <w:br/>
        <w:t>/**</w:t>
        <w:br/>
        <w:t xml:space="preserve"> * 查询分组记录</w:t>
        <w:br/>
        <w:t xml:space="preserve"> * @throws IOException</w:t>
        <w:br/>
        <w:t xml:space="preserve"> */</w:t>
        <w:br/>
        <w:t>@Test</w:t>
        <w:br/>
        <w:t>public void testGroupPlanGet()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"https://api.polyv.net/live/v4/seminar/group/plan/get";</w:t>
        <w:br/>
        <w:t xml:space="preserve">    String channelId = "2191532";</w:t>
        <w:br/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log.info("测试批量新增分组记录接口返回值：{}",response);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"914c6a18ad8440258ac515d93c789d88.59.16581208815250009",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4,</w:t>
        <w:br/>
        <w:t xml:space="preserve">    "contents": [{</w:t>
        <w:br/>
        <w:t xml:space="preserve">      "channelId": 2191532,</w:t>
        <w:br/>
        <w:t xml:space="preserve">      "userId": "1b448be323",</w:t>
        <w:br/>
        <w:t xml:space="preserve">      "viewerId": "viewerId1",</w:t>
        <w:br/>
        <w:t xml:space="preserve">      "nickname": "viewerId1_nick",</w:t>
        <w:br/>
        <w:t xml:space="preserve">      "groupNo": 1,</w:t>
        <w:br/>
        <w:t xml:space="preserve">      "groupName": "1组",</w:t>
        <w:br/>
        <w:t xml:space="preserve">      "groupRole": "leader"</w:t>
        <w:br/>
        <w:t xml:space="preserve">    }, {</w:t>
        <w:br/>
        <w:t xml:space="preserve">      "channelId": 2191532,</w:t>
        <w:br/>
        <w:t xml:space="preserve">      "userId": "1b448be323",</w:t>
        <w:br/>
        <w:t xml:space="preserve">      "viewerId": "22222",</w:t>
        <w:br/>
        <w:t xml:space="preserve">      "nickname": "8888",</w:t>
        <w:br/>
        <w:t xml:space="preserve">      "groupNo": 1,</w:t>
        <w:br/>
        <w:t xml:space="preserve">      "groupName": "1",</w:t>
        <w:br/>
        <w:t xml:space="preserve">      "groupRole": "member"</w:t>
        <w:br/>
        <w:t xml:space="preserve">    }, {</w:t>
        <w:br/>
        <w:t xml:space="preserve">      "channelId": 2191532,</w:t>
        <w:br/>
        <w:t xml:space="preserve">      "userId": "1b448be323",</w:t>
        <w:br/>
        <w:t xml:space="preserve">      "viewerId": "viewerId2",</w:t>
        <w:br/>
        <w:t xml:space="preserve">      "nickname": "viewerId1_nick",</w:t>
        <w:br/>
        <w:t xml:space="preserve">      "groupNo": 2,</w:t>
        <w:br/>
        <w:t xml:space="preserve">      "groupName": "2组",</w:t>
        <w:br/>
        <w:t xml:space="preserve">      "groupRole": "member"</w:t>
        <w:br/>
        <w:t xml:space="preserve">    }, {</w:t>
        <w:br/>
        <w:t xml:space="preserve">      "channelId": 2191532,</w:t>
        <w:br/>
        <w:t xml:space="preserve">      "userId": "1b448be323",</w:t>
        <w:br/>
        <w:t xml:space="preserve">      "viewerId": "viewerId3",</w:t>
        <w:br/>
        <w:t xml:space="preserve">      "nickname": "viewerId1_nick",</w:t>
        <w:br/>
        <w:t xml:space="preserve">      "groupNo": 2,</w:t>
        <w:br/>
        <w:t xml:space="preserve">      "groupName": "2组",</w:t>
        <w:br/>
        <w:t xml:space="preserve">      "groupRole": "member"</w:t>
        <w:br/>
        <w:t xml:space="preserve">    }]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"914c6a18ad8440258ac515d93c789d88.64.16581210376260021",</w:t>
        <w:br/>
        <w:t xml:space="preserve">  "error": {</w:t>
        <w:br/>
        <w:t xml:space="preserve">    "code": 10001,</w:t>
        <w:br/>
        <w:t xml:space="preserve">    "desc": "单次查询不能大于1000条"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查询分组记录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