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删除单个分组记录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1、删除研讨会分组记录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https://api.polyv.net/live/v4/seminar/group/plan/delete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需要删除的分组记录的参会人id，长度不超过64位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https://api.polyv.net/live/v4/seminar/group/plan/delete?appId=fyirmfdak4&amp;timestamp=1657786379352&amp;sign=CEA301164F9BA5076F156C1EB60F22F8&amp;channelId=3220878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"viewerId": "viewerId123"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成功时为true，错误时为空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LoggerFactory.getLogger(GroupPlanDelete.class);</w:t>
        <w:br/>
        <w:t>/**</w:t>
        <w:br/>
        <w:t xml:space="preserve"> * 删除单个分组记录</w:t>
        <w:br/>
        <w:t xml:space="preserve"> * @throws IOException</w:t>
        <w:br/>
        <w:t xml:space="preserve"> */</w:t>
        <w:br/>
        <w:t>@Test</w:t>
        <w:br/>
        <w:t>public void testGroupPlanDelete()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"https://api.polyv.net/live/v4/seminar/group/plan/delete";</w:t>
        <w:br/>
        <w:t xml:space="preserve">    String channelId = "2191532";</w:t>
        <w:br/>
        <w:t xml:space="preserve">    String body = "{\n" +</w:t>
        <w:br/>
        <w:t xml:space="preserve">        "  \"viewerId\": \"viewerId123\"\n" +</w:t>
        <w:br/>
        <w:t xml:space="preserve">        "}";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br/>
        <w:t xml:space="preserve">    requestMap.put("sign",LiveSignUtil.getSign(requestMap, appSecret));</w:t>
        <w:br/>
        <w:t xml:space="preserve">    url = HttpUtil.appendUrl(url, requestMap);</w:t>
        <w:br/>
        <w:t xml:space="preserve">    String response = HttpUtil.postJsonBody(url, body, null);</w:t>
        <w:br/>
        <w:t xml:space="preserve">    log.info("测试删除单个分组记录接口返回值：{}",response);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"error": {</w:t>
        <w:br/>
        <w:t xml:space="preserve">    "code": 10002,</w:t>
        <w:br/>
        <w:t xml:space="preserve">    "desc": "签名错误"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删除单个分组记录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