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结束录制分组信息回调通知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使用本功能，分组结束录制后，服务端会对客户所设置的接口地址，以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>方式提交到给用户自定义的回调接口进行通知。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回调包含的参数(通过form-data参数请求)：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 logList对象数组格式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logList对象数组格式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结束录制发生的时刻，输出格式为13位时间戳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表示学员名单的oss地址，可以根据该地址获取学员名单信息，名单返回数据格式参考content oss地址json对象格式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接口返回json对象，如果回调没有返回200，会重试3次，超过3次则丢弃日志</w:t>
      </w:r>
    </w:p>
    <w:p>
      <w:pPr>
        <w:pStyle w:val="Heading2"/>
      </w:pPr>
      <w:r>
        <w:t>content oss地址json对象格式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 logs对象数组格式</w:t>
            </w:r>
          </w:p>
        </w:tc>
      </w:tr>
    </w:tbl>
    <w:p>
      <w:pPr>
        <w:spacing w:after="40"/>
      </w:pPr>
    </w:p>
    <w:p>
      <w:pPr>
        <w:pStyle w:val="Heading2"/>
      </w:pPr>
      <w:r>
        <w:t>logs对象数组格式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permission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用户角色（非必传）， 解散分组时，permission不返回组长字段；结束直播导致的分组内结束录制，permission不传。 host：主持人 viceHost：联席主持人 leader：组长。组员则不传该字段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用户身份信息，teacher：讲师，guest：嘉宾，viewer：观众，assistant：助教，attendee：研讨会场景下的主持人或参会人，listener：研讨会场景下的观众</w:t>
            </w:r>
          </w:p>
        </w:tc>
      </w:tr>
    </w:tbl>
    <w:p>
      <w:pPr>
        <w:spacing w:after="40"/>
      </w:pP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结束录制返回分组信息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结束录制分组信息回调通知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