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修改研讨会参会条件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1、修改研讨会的登录条件</w:t>
        <w:br/>
        <w:t>2、主要参会条件不能关闭，否则返回参数错误</w:t>
        <w:br/>
        <w:t>3、相同参会条件（主要参会条件/次要参会条件），不同角色的开关、认证类型必须相同，否则返回参数错误</w:t>
        <w:br/>
        <w:t>4、相同参会条件（主要参会条件/次要参会条件），不同角色的密码/独立授权key必须不同，否则返回参数错误</w:t>
        <w:br/>
        <w:t>4、当认证类型是密码登录时，密码不能为空；当认证类型是独立授权时，授权key不能为空，否则返回参数错误</w:t>
        <w:br/>
        <w:t>5、主要参会条件和次要参会条件的类型为相同时，不能够同时打开，否则返回参数错误</w:t>
        <w:br/>
        <w:t>6、（channelId, timestamp, appId）参与sign签名，并和sign一起通过url传递，请求体参数不参与签名，通过post请求体传递【请设置请求头contentType:application/json】</w:t>
        <w:br/>
        <w:t>7、接口支持https协议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https://api.polyv.net/live/v3/channel/seminar/setting/auth/set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频道号，不传为全局设置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观看条件设置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authSettings字段说明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主要观看条件为1，次要观看条件为2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是否开启参会条件 N：关闭 Y：开启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角色host：主持人attendee：参会人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参会条件类型password：密码登录direct：独立授权custom：自定义授权phone：白名单观看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当authType为password时，密码登录的password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当authType为direct时，设置参数，非必填，独立授权SecretKey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当authType为custom时，为自定义授权自定义URL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当authType为custom时，为自定义授权SecretKey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whiteListInputTips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当authType为phone时，白名单输入提示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https://api.polyv.net/live/v3/channel/seminar/setting/auth/set?appId=frlr1zazn3&amp;sign=E2B692768C6F467B1228B5876625B71E&amp;channelId=2191532&amp;timestamp=1621843761626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"authSettings": [{</w:t>
        <w:br/>
        <w:t xml:space="preserve">      "rank": 1,</w:t>
        <w:br/>
        <w:t xml:space="preserve">      "enabled": "Y",</w:t>
        <w:br/>
        <w:t xml:space="preserve">      "authType": "password",</w:t>
        <w:br/>
        <w:t xml:space="preserve">      "roleCode": "host",</w:t>
        <w:br/>
        <w:t xml:space="preserve">      "password": "464nk4"</w:t>
        <w:br/>
        <w:t xml:space="preserve">    }, {</w:t>
        <w:br/>
        <w:t xml:space="preserve">      "rank": 1,</w:t>
        <w:br/>
        <w:t xml:space="preserve">      "enabled": "Y",</w:t>
        <w:br/>
        <w:t xml:space="preserve">      "authType": "password",</w:t>
        <w:br/>
        <w:t xml:space="preserve">      "roleCode": "attendee",</w:t>
        <w:br/>
        <w:t xml:space="preserve">      "password": "w8u81f"</w:t>
        <w:br/>
        <w:t xml:space="preserve">    }, {</w:t>
        <w:br/>
        <w:t xml:space="preserve">      "rank": 2,</w:t>
        <w:br/>
        <w:t xml:space="preserve">      "enabled": "Y",</w:t>
        <w:br/>
        <w:t xml:space="preserve">      "authType": "direct",</w:t>
        <w:br/>
        <w:t xml:space="preserve">      "roleCode": "host",</w:t>
        <w:br/>
        <w:t xml:space="preserve">      "directKey": "b3z0fy1y3z"</w:t>
        <w:br/>
        <w:t xml:space="preserve">    }, {</w:t>
        <w:br/>
        <w:t xml:space="preserve">      "rank": 2,</w:t>
        <w:br/>
        <w:t xml:space="preserve">      "enabled": "Y",</w:t>
        <w:br/>
        <w:t xml:space="preserve">      "authType": "direct",</w:t>
        <w:br/>
        <w:t xml:space="preserve">      "roleCode": "attendee",</w:t>
        <w:br/>
        <w:t xml:space="preserve">      "directKey": "lv2n30e15i"</w:t>
        <w:br/>
        <w:t xml:space="preserve">    }]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成功时为true，错误时为空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LoggerFactory.getLogger(SeminarAuthTest.class);</w:t>
        <w:br/>
        <w:t>/**</w:t>
        <w:br/>
        <w:t xml:space="preserve"> * 修改频道观看条件</w:t>
        <w:br/>
        <w:t xml:space="preserve"> * @throws IOException</w:t>
        <w:br/>
        <w:t xml:space="preserve"> */</w:t>
        <w:br/>
        <w:t>@Test</w:t>
        <w:br/>
        <w:t>public void testSetSeminarAuth()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"https://api.polyv.net/live/v3/channel/seminar/setting/auth/set";</w:t>
        <w:br/>
        <w:t xml:space="preserve">    String channelId = "2191532";</w:t>
        <w:br/>
        <w:t xml:space="preserve">    String body = "{\n" +</w:t>
        <w:br/>
        <w:t xml:space="preserve">        "\t\"authSettings\": [{\n" +</w:t>
        <w:br/>
        <w:t xml:space="preserve">        "      \"rank\": 1,\n" +</w:t>
        <w:br/>
        <w:t xml:space="preserve">        "      \"enabled\": \"Y\",\n" +</w:t>
        <w:br/>
        <w:t xml:space="preserve">        "      \"authType\": \"password\",\n" +</w:t>
        <w:br/>
        <w:t xml:space="preserve">        "      \"roleCode\": \"host\",\n" +</w:t>
        <w:br/>
        <w:t xml:space="preserve">        "      \"password\": \"464nk4\"\n" +</w:t>
        <w:br/>
        <w:t xml:space="preserve">        "    }, {\n" +</w:t>
        <w:br/>
        <w:t xml:space="preserve">        "      \"rank\": 1,\n" +</w:t>
        <w:br/>
        <w:t xml:space="preserve">        "      \"enabled\": \"Y\",\n" +</w:t>
        <w:br/>
        <w:t xml:space="preserve">        "      \"authType\": \"password\",\n" +</w:t>
        <w:br/>
        <w:t xml:space="preserve">        "      \"roleCode\": \"attendee\",\n" +</w:t>
        <w:br/>
        <w:t xml:space="preserve">        "      \"password\": \"w8u81f\"\n" +</w:t>
        <w:br/>
        <w:t xml:space="preserve">        "    }, {\n" +</w:t>
        <w:br/>
        <w:t xml:space="preserve">        "      \"rank\": 2,\n" +</w:t>
        <w:br/>
        <w:t xml:space="preserve">        "      \"enabled\": \"Y\",\n" +</w:t>
        <w:br/>
        <w:t xml:space="preserve">        "      \"authType\": \"direct\",\n" +</w:t>
        <w:br/>
        <w:t xml:space="preserve">        "      \"roleCode\": \"host\",\n" +</w:t>
        <w:br/>
        <w:t xml:space="preserve">        "      \"directKey\": \"b3z0fy1y3z\"\n" +</w:t>
        <w:br/>
        <w:t xml:space="preserve">        "    }, {\n" +</w:t>
        <w:br/>
        <w:t xml:space="preserve">        "      \"rank\": 2,\n" +</w:t>
        <w:br/>
        <w:t xml:space="preserve">        "      \"enabled\": \"Y\",\n" +</w:t>
        <w:br/>
        <w:t xml:space="preserve">        "      \"authType\": \"direct\",\n" +</w:t>
        <w:br/>
        <w:t xml:space="preserve">        "      \"roleCode\": \"attendee\",\n" +</w:t>
        <w:br/>
        <w:t xml:space="preserve">        "      \"directKey\": \"lv2n30e15i\"\n" +</w:t>
        <w:br/>
        <w:t xml:space="preserve">        "    }]\n" +</w:t>
        <w:br/>
        <w:t xml:space="preserve">        "}";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br/>
        <w:t xml:space="preserve">    requestMap.put("sign",LiveSignUtil.getSign(requestMap, appSecret));</w:t>
        <w:br/>
        <w:t xml:space="preserve">    url = HttpUtil.appendUrl(url, requestMap);</w:t>
        <w:br/>
        <w:t xml:space="preserve">    String response = HttpUtil.postJsonBody(url, body, null);</w:t>
        <w:br/>
        <w:t xml:space="preserve">    log.info("测试修改频道观看条件接口返回值：{}",response);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10620,</w:t>
        <w:br/>
        <w:t xml:space="preserve">    "status": "error",</w:t>
        <w:br/>
        <w:t xml:space="preserve">    "message": "role rank empty",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10621,</w:t>
        <w:br/>
        <w:t xml:space="preserve">    "status": "error",</w:t>
        <w:br/>
        <w:t xml:space="preserve">    "message": "enabled cannot be different",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10622,</w:t>
        <w:br/>
        <w:t xml:space="preserve">    "status": "error",</w:t>
        <w:br/>
        <w:t xml:space="preserve">    "message": "auth cannot be different",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10623,</w:t>
        <w:br/>
        <w:t xml:space="preserve">    "status": "error",</w:t>
        <w:br/>
        <w:t xml:space="preserve">    "message": "password cannot be empty",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10624,</w:t>
        <w:br/>
        <w:t xml:space="preserve">    "status": "error",</w:t>
        <w:br/>
        <w:t xml:space="preserve">    "message": "secret key cannot be empty",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10625,</w:t>
        <w:br/>
        <w:t xml:space="preserve">    "status": "error",</w:t>
        <w:br/>
        <w:t xml:space="preserve">    "message": "duplicated seminar role secret key",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10601,</w:t>
        <w:br/>
        <w:t xml:space="preserve">    "status": "error",</w:t>
        <w:br/>
        <w:t xml:space="preserve">    "message": "duplicated seminar role password",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10626,</w:t>
        <w:br/>
        <w:t xml:space="preserve">    "status": "error",</w:t>
        <w:br/>
        <w:t xml:space="preserve">    "message": "unknown role",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10627,</w:t>
        <w:br/>
        <w:t xml:space="preserve">    "status": "error",</w:t>
        <w:br/>
        <w:t xml:space="preserve">    "message": "lack host or attendee",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10628,</w:t>
        <w:br/>
        <w:t xml:space="preserve">    "status": "error",</w:t>
        <w:br/>
        <w:t xml:space="preserve">    "message": "main auth cannot be disabled",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10629,</w:t>
        <w:br/>
        <w:t xml:space="preserve">    "status": "error",</w:t>
        <w:br/>
        <w:t xml:space="preserve">    "message": "duplicated auth",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修改研讨会参会条件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