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查询研讨会参会条件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1、查询研讨会参会条件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https://api.polyv.net/live/v3/channel/seminar/setting/auth/get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https://api.polyv.net/live/v3/channel/seminar/setting/auth/get?appId=frlr1zazn3&amp;sign=8661982EB3646269F9824A6ACCACE25C&amp;timestamp=1621843737789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请求成功为数据内容，错误为空串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用于实现一个频道设置两个参会条件，为1或2（1为主要条件，2为次要条件）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是否开启参会条件 N：关闭 Y：开启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参会条件类型password：密码登录direct：独立授权phone：白名单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角色host：主持人attendee：参会人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密码登录的password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独立授权key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LoggerFactory.getLogger(SeminarAuthTest.class);</w:t>
        <w:br/>
        <w:t>/**</w:t>
        <w:br/>
        <w:t xml:space="preserve"> * 查询研讨会参会条件</w:t>
        <w:br/>
        <w:t xml:space="preserve"> * @throws IOException</w:t>
        <w:br/>
        <w:t xml:space="preserve"> */</w:t>
        <w:br/>
        <w:t>@Test</w:t>
        <w:br/>
        <w:t>public void testGetSeminarAuth()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"https://api.polyv.net/live/v3/channel/seminar/setting/auth/get";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log.info("测试查询研讨会参会条件接口返回值：{}",response);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[{</w:t>
        <w:br/>
        <w:t xml:space="preserve">    "roleId": 12796,</w:t>
        <w:br/>
        <w:t xml:space="preserve">    "userId": "1b448be323",</w:t>
        <w:br/>
        <w:t xml:space="preserve">    "channelId": 2191532,</w:t>
        <w:br/>
        <w:t xml:space="preserve">    "rank": 1,</w:t>
        <w:br/>
        <w:t xml:space="preserve">    "enabled": "Y",</w:t>
        <w:br/>
        <w:t xml:space="preserve">    "authType": "password",</w:t>
        <w:br/>
        <w:t xml:space="preserve">    "roleName": "主持人",</w:t>
        <w:br/>
        <w:t xml:space="preserve">    "roleCode": "host",</w:t>
        <w:br/>
        <w:t xml:space="preserve">    "password": "464nk4",</w:t>
        <w:br/>
        <w:t xml:space="preserve">    "directKey": null,</w:t>
        <w:br/>
        <w:t xml:space="preserve">    "createdTime": 1626830659000,</w:t>
        <w:br/>
        <w:t xml:space="preserve">    "lastModified": 1626830659000</w:t>
        <w:br/>
        <w:t xml:space="preserve">  }, {</w:t>
        <w:br/>
        <w:t xml:space="preserve">    "roleId": 12797,</w:t>
        <w:br/>
        <w:t xml:space="preserve">    "userId": "1b448be323",</w:t>
        <w:br/>
        <w:t xml:space="preserve">    "channelId": 2191532,</w:t>
        <w:br/>
        <w:t xml:space="preserve">    "rank": 1,</w:t>
        <w:br/>
        <w:t xml:space="preserve">    "enabled": "Y",</w:t>
        <w:br/>
        <w:t xml:space="preserve">    "authType": "password",</w:t>
        <w:br/>
        <w:t xml:space="preserve">    "roleName": "参会人",</w:t>
        <w:br/>
        <w:t xml:space="preserve">    "roleCode": "attendee",</w:t>
        <w:br/>
        <w:t xml:space="preserve">    "password": "w8u81f",</w:t>
        <w:br/>
        <w:t xml:space="preserve">    "directKey": null,</w:t>
        <w:br/>
        <w:t xml:space="preserve">    "createdTime": 1626830659000,</w:t>
        <w:br/>
        <w:t xml:space="preserve">    "lastModified": 1626830659000</w:t>
        <w:br/>
        <w:t xml:space="preserve">  }, {</w:t>
        <w:br/>
        <w:t xml:space="preserve">    "roleId": 15832,</w:t>
        <w:br/>
        <w:t xml:space="preserve">    "userId": "1b448be323",</w:t>
        <w:br/>
        <w:t xml:space="preserve">    "channelId": 2191532,</w:t>
        <w:br/>
        <w:t xml:space="preserve">    "rank": 2,</w:t>
        <w:br/>
        <w:t xml:space="preserve">    "enabled": "Y",</w:t>
        <w:br/>
        <w:t xml:space="preserve">    "authType": "direct",</w:t>
        <w:br/>
        <w:t xml:space="preserve">    "roleName": "主持人",</w:t>
        <w:br/>
        <w:t xml:space="preserve">    "roleCode": "host",</w:t>
        <w:br/>
        <w:t xml:space="preserve">    "password": "464nk4",</w:t>
        <w:br/>
        <w:t xml:space="preserve">    "directKey": "b3z0fy1y3z",</w:t>
        <w:br/>
        <w:t xml:space="preserve">    "createdTime": 1628053046000,</w:t>
        <w:br/>
        <w:t xml:space="preserve">    "lastModified": 1628053046000</w:t>
        <w:br/>
        <w:t xml:space="preserve">  }, {</w:t>
        <w:br/>
        <w:t xml:space="preserve">    "roleId": 15833,</w:t>
        <w:br/>
        <w:t xml:space="preserve">    "userId": "1b448be323",</w:t>
        <w:br/>
        <w:t xml:space="preserve">    "channelId": 2191532,</w:t>
        <w:br/>
        <w:t xml:space="preserve">    "rank": 2,</w:t>
        <w:br/>
        <w:t xml:space="preserve">    "enabled": "Y",</w:t>
        <w:br/>
        <w:t xml:space="preserve">    "authType": "direct",</w:t>
        <w:br/>
        <w:t xml:space="preserve">    "roleName": "参会人",</w:t>
        <w:br/>
        <w:t xml:space="preserve">    "roleCode": "attendee",</w:t>
        <w:br/>
        <w:t xml:space="preserve">    "password": "w8u81f",</w:t>
        <w:br/>
        <w:t xml:space="preserve">    "directKey": "lv2n30e15i",</w:t>
        <w:br/>
        <w:t xml:space="preserve">    "createdTime": 1628053046000,</w:t>
        <w:br/>
        <w:t xml:space="preserve">    "lastModified": 1628053046000</w:t>
        <w:br/>
        <w:t xml:space="preserve">  }]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查询研讨会参会条件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