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账号单点登录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直播账号单点登录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账号单点登录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