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观众在研讨会可以进行哪些互动？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&amp;emsp;&amp;emsp;研讨会观众可以在聊天室和主持、参会人发送图片、表情、聊天进行基础交流，并不直接参与连麦。</w:t>
      </w:r>
    </w:p>
    <w:p>
      <w:pPr>
        <w:pStyle w:val="Heading1"/>
      </w:pPr>
      <w:r>
        <w:t>方式1：聊天（弹幕）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&amp;emsp;&amp;emsp;网页版观看页中，观众点击“设置昵称”，设置好昵称后，则可发送文字、图片、表情等聊天消息，发送字数上限为200个字符。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7048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26c9f895fa3367e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704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7048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51daf5acca231d6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704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&amp;emsp;&amp;emsp;发送的图文消息同时会以弹幕（画面右下角可开关）的形式显示。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7048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65e255220788e09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704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&amp;emsp;&amp;emsp;在聊天室“更多”中可修改昵称。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7048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7caaceca8431bb3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704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&amp;emsp;&amp;emsp;发言间隔需大于5秒，以避免刷屏。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7048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32097c4d8b7a22c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704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观众在研讨会可以进行哪些互动？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