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主持网页端操作说明</w:t>
      </w:r>
    </w:p>
    <w:p>
      <w:pPr>
        <w:pStyle w:val="Heading1"/>
      </w:pPr>
      <w:r>
        <w:t>登录与检测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图片：https://rtimqdy5pj.feishu.cn/space/api/box/stream/download/asynccode/?code=OWUyYTgzMGEzNTA0NWU3ZDFmYjU1ZDlkZjNhMjBmMzFfQjFYN0VDaERvU1F0TlBiQ1lJRlQwVFlsTk9EdG1xb05fVG9rZW46Ym94Y25TRTR2dkFnNFR3a05POVZKRGh0aW1MXzE2MjQ1ODM1NzQ6MTYyNDU4NzE3NF9WNA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主持在浏览器打开登录地址，输入主持昵称和密码，点击登录按钮进入设备检测流程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1、主持人密码修改后，请以最新密码登录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2、如果昵称填写不符合规范，请在页面提示引导下进行修改，再登录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3、目前仅支持电脑浏览器登录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图片：https://rtimqdy5pj.feishu.cn/space/api/box/stream/download/asynccode/?code=NThmMDQ0ZDMyYTEyNWM4NGMyZDY5MmJiMGFiODU2MGZfcG1Qa0dOd0wwUVlMaUFGdkQ1bHRieEJvQmw2dGZwS3dfVG9rZW46Ym94Y25vb2FvZld6U1RjUXlacWl0RFJsRWZjXzE2MjQ1ODM1NzQ6MTYyNDU4NzE3NF9WNA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设备检测包含摄像头、麦克风、扬声器检测，检测完成后会显示检测结果，并设置进入研讨会时的设备状态，点击进入按钮</w:t>
      </w:r>
    </w:p>
    <w:p>
      <w:pPr>
        <w:pStyle w:val="Heading1"/>
      </w:pPr>
      <w:r>
        <w:t>邀请上麦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图片：https://rtimqdy5pj.feishu.cn/space/api/box/stream/download/asynccode/?code=YmI4Y2IzOTUxN2Y5MDdhZDBlNjQ2N2IxZTMxODg4YTRfYUhnMXRhTlpoOXdGdjh6TENEdEJvcHg1ZTlHcTZtZk5fVG9rZW46Ym94Y251ck9qNUtSWjRDbEt3U2Z6U05MSG9GXzE2MjQ1ODM1NzQ6MTYyNDU4NzE3NF9WNA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主持在右侧成员列表中，点击【上麦】按钮，会向参会人发送连麦邀请，等参会人同意后开始连麦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点击【下麦】按钮，可以挂断正在连麦的参会人（鼠标移入连麦画面，也可以挂断连麦，或开关对方摄像头、麦克风，设为第一画面）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1、最多16人同时进行连麦，超过16人请挂断部分参会人后，再邀请其他人连麦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2、参会人可以拒绝连麦；连麦后可以主动结束连麦，或开关摄像头、麦克风</w:t>
      </w:r>
    </w:p>
    <w:p>
      <w:pPr>
        <w:pStyle w:val="Heading1"/>
      </w:pPr>
      <w:r>
        <w:t>邀请演示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图片：D:/%E5%B8%AE%E5%8A%A9%E4%B8%AD%E5%BF%83%E5%9B%BE%E7%89%87/asynccode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主持在左侧成员列表中，点击【邀请演示】按钮，会向参会人发送演示邀请，等参会人同意后，参会人可以使用白板、文档、屏幕共享功能，分享内容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点击【结束演示】按钮，可以挂断正在演示的参会人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1、最多邀请1人同时演示，演示过程中再邀请新的参会人演示，会取代原来的演示人功能权限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2、参会人可以拒绝演示，演示过程中可以主动结束演示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3、结束演示后，参会人还保持连麦状态</w:t>
      </w:r>
    </w:p>
    <w:p>
      <w:pPr>
        <w:pStyle w:val="Heading1"/>
      </w:pPr>
      <w:r>
        <w:t>对外直播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图片：https://rtimqdy5pj.feishu.cn/space/api/box/stream/download/asynccode/?code=OGE1YmEwNjliMDkyYTIzMWMxMDg2MjIyZGRhNTNkM2VfYlQ4ZWRjMFI0YlZ3YmduQmQ2cEJFa2J1bnZxd3RmOFRfVG9rZW46Ym94Y25BWEdNWjVPQXZGM2ROTm9rbWEyaU5BXzE2MjQ1ODM1NzQ6MTYyNDU4NzE3NF9WNA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主持点击顶部按钮，打开会议类型选择窗口，选择完成后，点击确定生效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内部研讨：观众无法在观看页看到研讨内容，也无法使用聊天室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对外直播：观众可以在观看页看到研讨内容，参与聊天互动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研讨会默认不对外开放直播</w:t>
      </w:r>
    </w:p>
    <w:p>
      <w:pPr>
        <w:pStyle w:val="Heading1"/>
      </w:pPr>
      <w:r>
        <w:t>分组讨论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分组功能试用场景：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主持人针对第一个或多个事项，征集参会人员，进行公开的讨论，收集重要意见，最终完成决策的会议。当参会人数较多时，常采用分组讨论的方式进行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分组会议优势:1.便于组织领导。2方便每个参与人都讨论和发表不同意见；3、提升讨论效率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概念说明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在组分过程中自然会产生新的身份概念，如下所示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图片：D:/%E5%B8%AE%E5%8A%A9%E4%B8%AD%E5%BF%83%E5%9B%BE%E7%89%87/image-20210625093626028.png</w:t>
      </w:r>
    </w:p>
    <w:p>
      <w:pPr>
        <w:pStyle w:val="Heading2"/>
      </w:pPr>
      <w:r>
        <w:t>A、分组管理</w:t>
      </w:r>
    </w:p>
    <w:p>
      <w:pPr>
        <w:pStyle w:val="Heading3"/>
      </w:pPr>
      <w:r>
        <w:t>创建分组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图片：D:/%E5%B8%AE%E5%8A%A9%E4%B8%AD%E5%BF%83%E5%9B%BE%E7%89%87/image-20210625094810904.png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主持点击左侧【分组】按钮，在分组设置窗口填写分组数量，选择分组方式，点击开始分组，完成创建流程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自动分组：根据填写分组数量，创建小组，并将参会人，平均随机分配到小组中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手动分组：根据填写分组数量，创建小组，主持可以将参会人从待分配列表，分配到具体小组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1、创建组数2-50，组员数量暂无限制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2、只有参会人能参与分组，观众无法参与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3、自动分组会随机指定各组组长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生成的分组结果以卡片形式展现，如下所示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图片：D:/%E5%B8%AE%E5%8A%A9%E4%B8%AD%E5%BF%83%E5%9B%BE%E7%89%87/image-20210625094903716.png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1、卡片中展示小组成员和组长，组长右上角有蓝色标识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2、左上角的待分配小组，显示分组完成后才入会的参会人，主持可以将其分配至任何小组</w:t>
      </w:r>
    </w:p>
    <w:p>
      <w:pPr>
        <w:pStyle w:val="Heading3"/>
      </w:pPr>
      <w:r>
        <w:t>增加分组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图片：D:/%E5%B8%AE%E5%8A%A9%E4%B8%AD%E5%BF%83%E5%9B%BE%E7%89%87/image-20210625094938620.png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主持已经完成分组后，想要再新增一个小组，点击右上角分组管理菜单下的【新增分组】按钮，完成新增分组。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注意：新增的分组中没有组员，需要从待分配人员，或其他小组中添加组员进入分组</w:t>
      </w:r>
    </w:p>
    <w:p>
      <w:pPr>
        <w:pStyle w:val="Heading2"/>
      </w:pPr>
      <w:r>
        <w:t>B、组员管理</w:t>
      </w:r>
    </w:p>
    <w:p>
      <w:pPr>
        <w:pStyle w:val="Heading3"/>
      </w:pPr>
      <w:r>
        <w:t>更换组长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图片：https://rtimqdy5pj.feishu.cn/space/api/box/stream/download/asynccode/?code=YWJhMTliOTU2MzEzNGNkNGNiOTQyMzFjMWMwNGY1MzhfemJhSGdPdjBVOGd4Rm1oU2IwTmZQM29SYUVSVzFFT0FfVG9rZW46Ym94Y25ZV25jZ3JSQTBqSjZ2REhJSDMxSlpkXzE2MjQ1ODM1NzQ6MTYyNDU4NzE3NF9WNA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点击小组中想要设为组长的人员昵称，在菜单中点击【设为组长】按钮，完成组长身份更换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1、组长被换组，组长掉线，均会在组内随机指定组员为主持。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2、讨论过程也可以换组和设置组长</w:t>
      </w:r>
    </w:p>
    <w:p>
      <w:pPr>
        <w:pStyle w:val="Heading3"/>
      </w:pPr>
      <w:r>
        <w:t>更换组员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图片：https://rtimqdy5pj.feishu.cn/space/api/box/stream/download/asynccode/?code=Njc0ZWU5ZTllMzJmNzcxZWM1ZmI5OTZiMWRmOTY1NWVfellYdzJKTmJRN1lCclBpdTdGRWZvSzFmSzB2bmU4Q1ZfVG9rZW46Ym94Y25yc1V6NzZUSnJFQ29zRkppa3AxYmNmXzE2MjQ1ODM1NzQ6MTYyNDU4NzE3NF9WNA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点击小组中想要换组人员昵称，在菜单中点击【换组】按钮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图片：https://rtimqdy5pj.feishu.cn/space/api/box/stream/download/asynccode/?code=ODVlMjllYzg5MDRmMDAzMmE2ZDVhZjc1ZTU2NGY1M2JfUlRmZ3NEUWpYcHZKUlQwNnJ3RVRyaHNyejhTUXF5MG1fVG9rZW46Ym94Y25ycERHODk0bnFKZjRiZFVJa1h0RUZlXzE2MjQ1ODM1NzQ6MTYyNDU4NzE3NF9WNA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在弹出窗口中选择想要分配的小组名称，点击确定，完成换组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如果想要将多人同时换组，点击小组卡片右上角【批量换组】，在批量选择模式下，点选所有想要换组的人员，点击换组按钮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图片：https://rtimqdy5pj.feishu.cn/space/api/box/stream/download/asynccode/?code=OWRlYmE3Nzg1NWI1NWNjM2ZjZGY1Y2U3YWZmMzgzODFfelMwSWZZU1luMEsyOHBXeTJiV2tldGl5SXROZWdIbzdfVG9rZW46Ym94Y25NQ1BPdHRtS1JLRDRKMXo3bzlnR3NjXzE2MjQ1ODM1NzQ6MTYyNDU4NzE3NF9WNA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图片：https://rtimqdy5pj.feishu.cn/space/api/box/stream/download/asynccode/?code=NDhkYTMwOWQwYWJhZDdkNzI0NDE0ODk2MDg2Zjc2NjRfakV2Q1R5NnhLdkF5bkRqN1JIVzA3endveDE1NEcxcktfVG9rZW46Ym94Y24wZXBpVUkwcWtKSmRKakZNOHlYZW1oXzE2MjQ1ODM1NzQ6MTYyNDU4NzE3NF9WNA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3"/>
      </w:pPr>
      <w:r>
        <w:t>分配参会人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图片：https://rtimqdy5pj.feishu.cn/space/api/box/stream/download/asynccode/?code=ODQxOThmYjAxMjdlY2IzZmEzY2Q5YzdiZWZmODhkMDVfdGtHdkJzRGJtblVYSUNwaVpJMGpzYU16a2sxdnp1RW9fVG9rZW46Ym94Y25rWjFXS2pxUll5aUdCeDRYOE9IVGxFXzE2MjQ1ODM1NzQ6MTYyNDU4NzE3NF9WNA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点击待分配卡片中人员昵称，点击分配按钮，在弹出窗口中选择想要分配的小组名称，点击确定，完成分配</w:t>
      </w:r>
    </w:p>
    <w:p>
      <w:pPr>
        <w:pStyle w:val="Heading2"/>
      </w:pPr>
      <w:r>
        <w:t>C、讨论设置</w:t>
      </w:r>
    </w:p>
    <w:p>
      <w:pPr>
        <w:pStyle w:val="Heading3"/>
      </w:pPr>
      <w:r>
        <w:t>开始\结束讨论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图片：https://rtimqdy5pj.feishu.cn/space/api/box/stream/download/asynccode/?code=OGMyOTA4MWM1MmRiZGIxMDRmYzhlNDQ3Y2ZhODAyNmVfVUEyZHFvcHJ5S3VqYkMzdE1DMDlBVTVMYlJNRUhqYVBfVG9rZW46Ym94Y25NRW53eEIwNFhpZ054QTRlcWY4a0dnXzE2MjQ1ODM1NzQ6MTYyNDU4NzE3NF9WNA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图片：https://rtimqdy5pj.feishu.cn/space/api/box/stream/download/asynccode/?code=MGJhMWY1ZTc0ZjY3OTdlODEwMzQ5MDVkMzBkMmJiNzdfMWxVSDZhRHZjeTBOelpIV1g4Rmx0bmRrUjJlZ0ZoSXlfVG9rZW46Ym94Y25pcGI3Y1BPOUFyNDZoTWduczRQOFJoXzE2MjQ1ODM1NzQ6MTYyNDU4NzE3NF9WNA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分组界面，点击右上角【开始讨论】按钮，组员立刻进入各自的小组房间内，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分组界面，点击右上角【结束讨论】按钮，组员立刻从各自的小组房间回到原大房间内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1、小组房间内连麦、聊天、白板等均互相独立，互不影响。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2、主持、组长进入小组房间自动连麦，每个房间的组员连麦上限为15人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3、主持掉线，组员无法回到大房间；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4、录制和旁路只能看到大房间的内容</w:t>
      </w:r>
    </w:p>
    <w:p>
      <w:pPr>
        <w:pStyle w:val="Heading3"/>
      </w:pPr>
      <w:r>
        <w:t>广播通知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图片：https://rtimqdy5pj.feishu.cn/space/api/box/stream/download/asynccode/?code=NGI4ZWU1ODM3ZGM3NTAwOWQzMTEyYTIzNjVlMTAzMTRfeFdPYnR4Yjh1bUpUczBjc1BQODJJUXVGUWRIcEhrNzRfVG9rZW46Ym94Y24wRndRVWRDUXM3d3JSVkJjRzJqZEpjXzE2MjQ1ODM1NzQ6MTYyNDU4NzE3NF9WNA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点击右上角【广播通知】按钮，在弹窗中输入通知内容，点击确定，将通知发送至所有小组房间内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1、【广播通知】按钮仅在讨论过程中显示可用。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2、通知范围是小组房间内的组长组员，留在大直播间的参会人和观众不接收</w:t>
      </w:r>
    </w:p>
    <w:p>
      <w:pPr>
        <w:pStyle w:val="Heading3"/>
      </w:pPr>
      <w:r>
        <w:t>请求协助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图片：https://rtimqdy5pj.feishu.cn/space/api/box/stream/download/asynccode/?code=ODQwNTkxOGFjNDUwYzIwMWUxNWYyNThmMDE5OWViNDVfNWNNUGVxU0h2UHVhS05GRlpMb1VZREg5MDNkQU5SaGRfVG9rZW46Ym94Y25iRFhtTkppdU1IbkNpMEk2TFRXb1RoXzE2MjQ1ODM1NzQ6MTYyNDU4NzE3NF9WNA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讨论过程中，小组房间中的组长、组员可以请求主持进入分组主持帮助，主持点击小组卡片右上角【进入分组】按钮，跳转进入小组房间中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1、【进入分组】按钮仅在讨论过程中显示可用。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2、主持进入小组房间后自动连麦，并且拥有最高权限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3、主持进入小组房间后，原大房间观众、参会人无法再看到主持画面</w:t>
      </w:r>
    </w:p>
    <w:p>
      <w:pPr>
        <w:pStyle w:val="Heading1"/>
      </w:pPr>
      <w:r>
        <w:t>录制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自动录制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图片：https://rtimqdy5pj.feishu.cn/space/api/box/stream/download/asynccode/?code=MTUwZjE2ZTVhZDMyODU5NjU2MzQzY2M3ZjI0NDYzN2RfaHlSZ3NOSzJtaWRZYXNQeVBxUzdDWnRrbXk0S0ZQRzlfVG9rZW46Ym94Y25JVjFOanZzb1RzM3ZDaU9iY0duSGxpXzE2MjQ1ODM1NzQ6MTYyNDU4NzE3NF9WNA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主持或参会人进入直播间后自动开启录制，在右上角有“正在录制”的标识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手动录制：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开始录制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结束录制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图片：https://rtimqdy5pj.feishu.cn/space/api/box/stream/download/asynccode/?code=MTYyNTExZTU5NDcwZDI5YjU1MDhiMDZmNDBmMjUyNDhfdjl2R3M3ejVveHNxR2pyT2lac0JmakJXODIzeUg1dHpfVG9rZW46Ym94Y240Qk1FQ1k1MU00S1NnRWRnWTNXZTdnXzE2MjQ1ODM1NzQ6MTYyNDU4NzE3NF9WNA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图片：https://rtimqdy5pj.feishu.cn/space/api/box/stream/download/asynccode/?code=ODM5ZDkyMWZjYTUwOGI5ZjhiNTVmYWFhZDE5MWJhNzlfT0lmcHVqblhsMVdOQXI2cVJXZXdGVEEyTU95Mk9XbThfVG9rZW46Ym94Y252RWU1QURVc1dBMUVHMGZMa1lvQXRjXzE2MjQ1ODM1NzQ6MTYyNDU4NzE3NF9WNA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主持人可以点击右上角【开始录制】按钮进行录制，录制过程右上角有“正在录制”的标识，需要停止录制请点击【结束录制】按钮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主持网页端操作说明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