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参会人网页端操作说明</w:t>
      </w:r>
    </w:p>
    <w:p>
      <w:pPr>
        <w:pStyle w:val="Heading1"/>
      </w:pPr>
      <w:r>
        <w:t>1、登录与检测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图片：D:/%E5%B8%AE%E5%8A%A9%E4%B8%AD%E5%BF%83%E5%9B%BE%E7%89%87/image-20210625102031174.png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主持在浏览器打开登录地址，输入参会人昵称和密码，点击登录按钮进入设备检测流程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1、参会人密码修改后，请以最新密码登录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2、如果昵称填写不符合规范，请在页面提示引导下进行修改，再登录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3、目前仅支持电脑浏览器登录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图片：D:/%E5%B8%AE%E5%8A%A9%E4%B8%AD%E5%BF%83%E5%9B%BE%E7%89%87/asynccode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设备检测包含摄像头、麦克风、扬声器检测，检测完成后会显示检测结果，并设置进入研讨会时的设备状态，点击进入按钮</w:t>
      </w:r>
    </w:p>
    <w:p>
      <w:pPr>
        <w:pStyle w:val="Heading1"/>
      </w:pPr>
      <w:r>
        <w:t>2、上麦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图片：D:/%E5%B8%AE%E5%8A%A9%E4%B8%AD%E5%BF%83%E5%9B%BE%E7%89%87/image-20210625102102922.png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主持向参会人发送连麦邀请后，参会人页面上显示确认弹窗，点击开始连麦按钮进行连麦，可以将鼠标移入摄像头画面，主动结束连麦，或开关摄像头、麦克风，如下所示；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点击取消按钮拒绝连麦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图片：D:/%E5%B8%AE%E5%8A%A9%E4%B8%AD%E5%BF%83%E5%9B%BE%E7%89%87/image-20210625102130918.png</w:t>
      </w:r>
    </w:p>
    <w:p>
      <w:pPr>
        <w:pStyle w:val="Heading1"/>
      </w:pPr>
      <w:r>
        <w:t>3、演示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图片：D:/%E5%B8%AE%E5%8A%A9%E4%B8%AD%E5%BF%83%E5%9B%BE%E7%89%87/image-20210625102157303.png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主持向参会人发送连麦邀请后，参会人页面上显示确认弹窗，点击开始演示按钮进行连麦，左侧显示白板、文档、屏幕共享功能，如下所示；点击取消按钮拒绝演示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图片：D:/%E5%B8%AE%E5%8A%A9%E4%B8%AD%E5%BF%83%E5%9B%BE%E7%89%87/image-20210625102303003.png</w:t>
      </w:r>
    </w:p>
    <w:p>
      <w:pPr>
        <w:pStyle w:val="Heading1"/>
      </w:pPr>
      <w:r>
        <w:t>4、举手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图片：D:/%E5%B8%AE%E5%8A%A9%E4%B8%AD%E5%BF%83%E5%9B%BE%E7%89%87/image-20210625102329964.png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点击左侧举手按钮，主持可以在成员列表看到参会人的举手状态；参会人可以主动取消举手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1、举手15秒后会默认放手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2、举手功能仅作为引起主持注意的作用，可以和连麦、演示、分组等功能配合使用；如参会人不知道谁想连麦，可以参会人可以举手示意，获取关注</w:t>
      </w:r>
    </w:p>
    <w:p>
      <w:pPr>
        <w:pStyle w:val="Heading1"/>
      </w:pPr>
      <w:r>
        <w:t>5、分组讨论</w:t>
      </w:r>
    </w:p>
    <w:p>
      <w:pPr>
        <w:pStyle w:val="Heading2"/>
      </w:pPr>
      <w:r>
        <w:t>分组通知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图片：D:/%E5%B8%AE%E5%8A%A9%E4%B8%AD%E5%BF%83%E5%9B%BE%E7%89%87/image-20210625102359993.png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分组结果通知：主持完成分组后，组长和组员会受到分组结果通知，右侧成员列表，仅显示本组组长、组员名单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换组通知：主持将某个参会人分配到另外一个小组，被分配人会受到换组员结果通知，右侧成员列表，仅显示分配后的组长、组员名单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解散通知：主持将所有小组解散，参会人会受到解散通知，同时不再拥有组长、组员身份</w:t>
      </w:r>
    </w:p>
    <w:p>
      <w:pPr>
        <w:pStyle w:val="Heading2"/>
      </w:pPr>
      <w:r>
        <w:t>开始讨论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图片：D:/%E5%B8%AE%E5%8A%A9%E4%B8%AD%E5%BF%83%E5%9B%BE%E7%89%87/image-20210625102435068.png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主持开启分组讨论，组员在倒计时结束后，立刻进入各自的小组房间内，组长和组员在小组房间权限会有区别如下所示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组长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组员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r>
              <w:rPr>
                <w:rFonts w:ascii="Source Han Sans SC" w:hAnsi="Source Han Sans SC" w:eastAsia="Source Han Sans SC" w:cs="Source Han Sans SC" w:hint="eastAsia"/>
                <w:color w:val="5B7DB1"/>
                <w:sz w:val="18"/>
              </w:rPr>
              <w:t>图片：D:/%E5%B8%AE%E5%8A%A9%E4%B8%AD%E5%BF%83%E5%9B%BE%E7%89%87/image-20210625102505894.png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r>
              <w:rPr>
                <w:rFonts w:ascii="Source Han Sans SC" w:hAnsi="Source Han Sans SC" w:eastAsia="Source Han Sans SC" w:cs="Source Han Sans SC" w:hint="eastAsia"/>
                <w:color w:val="5B7DB1"/>
                <w:sz w:val="18"/>
              </w:rPr>
              <w:t>图片：D:/%E5%B8%AE%E5%8A%A9%E4%B8%AD%E5%BF%83%E5%9B%BE%E7%89%87/image-20210625102517948.png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进入小组直播间后自动上麦，并且可以使用以下功能：白板、文档、桌面共享、查看举手、邀请上麦、邀请演示、全体静音、全体下麦权限、禁言、第一画面、请求帮助、聊天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进入小组直播间后自动上麦（最多上麦15个人，超过后举手示意组长邀请上麦），可以使用以下功能：举手、请求帮助、聊天、查看小组成员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1、小组房间内连麦、聊天、白板等均互相独立，互不影响。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2、主持、组长进入小组房间自动连麦，每个房间的组员连麦上限为15人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3、主持掉线，组员无法回到大房间；</w:t>
      </w:r>
    </w:p>
    <w:p>
      <w:pPr>
        <w:pStyle w:val="Heading2"/>
      </w:pPr>
      <w:r>
        <w:t>结束讨论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主持结束讨论后，组长和组员会收到消息通知，并立刻从各自的小组房间回到原大房间内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注意：回到大房间后，仍然保留分组信息、组员、组长身份</w:t>
      </w:r>
    </w:p>
    <w:p>
      <w:pPr>
        <w:pStyle w:val="Heading2"/>
      </w:pPr>
      <w:r>
        <w:t>请求协助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图片：D:/%E5%B8%AE%E5%8A%A9%E4%B8%AD%E5%BF%83%E5%9B%BE%E7%89%87/image-20210625102547633.png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组长和组员点击左侧【请求协助】按钮，可向在大房间中的主持发送协助请求，再次点击按钮取消请求。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1、请求协助用于小组向主持求助，该功能仅在小组房间中显示可用。举手功能用于本组内，组员向组长互动示意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2、对发起人和组长显示取消协助按钮,组内其他组员显示请求协助中，无法再次点击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3、主持从小组退出后，自动结束小组协助请求</w:t>
      </w:r>
    </w:p>
    <w:p>
      <w:pPr>
        <w:pStyle w:val="Heading2"/>
      </w:pPr>
      <w:r>
        <w:t>广播通知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图片：D:/%E5%B8%AE%E5%8A%A9%E4%B8%AD%E5%BF%83%E5%9B%BE%E7%89%87/image-20210625102613253.png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讨论过程中，由于主持无法同时与各组连麦沟通，主持可以将广播通知发送至所有小组房间内，组长和组员均能看到通知内容，点击我知道了关闭通知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参会人网页端操作说明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