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产品概述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旗下产品【研讨会】，致力于打造优质的线上研讨、协作体验。运用领先的视频通讯技术，带来流畅、高效的互动体验，全面满足低延迟和大并发访问量的音视频互动要求。专业的音视频能力，搭配高效的互动协作工具，为用户带来优质的沟通交流体验。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image-20210624185854768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灵活接入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&amp;emsp;&amp;emsp;提供后台业务管理接口，提供参会、观看的移动端sdk，方便企业灵活嵌入集成。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快捷参会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&amp;emsp;&amp;emsp;直接通过网页参会研讨，无需下载客户端。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高效研讨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&amp;emsp;&amp;emsp;提供高效的协作工具，配合自由分组的讨论形式，让沟通交流拥有无限可能。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性能稳定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&amp;emsp;&amp;emsp;提供专业稳定、快速的视频互动和分发服务，覆盖国内外主流区域。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