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2 1-快速集成-Android</w:t>
      </w:r>
    </w:p>
    <w:p>
      <w:pPr>
        <w:pStyle w:val="Heading1"/>
      </w:pPr>
      <w:r>
        <w:t>1 阅读准备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提前下载项目Demo，准备好一个url，最好是保利威云直播/云点播的观看端url，可以体验到更完整的功能。</w:t>
      </w:r>
    </w:p>
    <w:p>
      <w:pPr>
        <w:pStyle w:val="Heading1"/>
      </w:pPr>
      <w:r>
        <w:t>2 环境要求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要求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Android系统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4.2+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JDK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1.7+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Android Studio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3.0.0+</w:t>
            </w:r>
          </w:p>
        </w:tc>
      </w:tr>
    </w:tbl>
    <w:p>
      <w:pPr>
        <w:spacing w:after="40"/>
      </w:pPr>
    </w:p>
    <w:p>
      <w:pPr>
        <w:pStyle w:val="Heading1"/>
      </w:pPr>
      <w:r>
        <w:t>3 项目配置</w:t>
      </w:r>
    </w:p>
    <w:p>
      <w:pPr>
        <w:pStyle w:val="Heading2"/>
      </w:pPr>
      <w:r>
        <w:t>3.1 配置支持系统版本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打开项目模块的 build.gradle 文件，把 </w:t>
      </w:r>
      <w:r>
        <w:rPr>
          <w:rFonts w:ascii="Menlo" w:hAnsi="Menlo"/>
          <w:color w:val="444444"/>
          <w:sz w:val="20"/>
        </w:rPr>
        <w:t>minSdkVersion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改为 17 或更高。</w:t>
      </w:r>
    </w:p>
    <w:p>
      <w:pPr>
        <w:pStyle w:val="Heading2"/>
      </w:pPr>
      <w:r>
        <w:t>3.2 配置 Manifest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打开项目模块的 AndroidManifest.xml 文件，添加如下内容：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&lt;?xml version="1.0" encoding="utf-8"?&gt;</w:t>
        <w:br/>
        <w:t>&lt;manifest ...&gt;</w:t>
        <w:br/>
        <w:t xml:space="preserve">  &lt;!--网络权限--&gt;</w:t>
        <w:br/>
        <w:t xml:space="preserve">    &lt;uses-permission android:name="android.permission.INTERNET" /&gt;</w:t>
        <w:br/>
        <w:t xml:space="preserve">  &lt;!--悬浮小窗-从后台快速恢复到前台--&gt;</w:t>
        <w:br/>
        <w:t xml:space="preserve">    &lt;uses-permission android:name="android.permission.REORDER_TASKS" /&gt;</w:t>
        <w:br/>
        <w:t xml:space="preserve">  &lt;!--悬浮小窗-悬浮窗权限--&gt;</w:t>
        <w:br/>
        <w:t xml:space="preserve">    &lt;uses-permission android:name="android.permission.SYSTEM_ALERT_WINDOW" /&gt;</w:t>
        <w:br/>
        <w:br/>
        <w:t xml:space="preserve">    &lt;!--网络状态权限--&gt;</w:t>
        <w:br/>
        <w:t xml:space="preserve">    &lt;uses-permission android:name="android.permission.ACCESS_NETWORK_STATE" /&gt;</w:t>
        <w:br/>
        <w:t xml:space="preserve">    &lt;uses-permission android:name="android.permission.ACCESS_WIFI_STATE" /&gt;</w:t>
        <w:br/>
        <w:br/>
        <w:t xml:space="preserve">    &lt;!--连麦权限--&gt;</w:t>
        <w:br/>
        <w:t xml:space="preserve">    &lt;uses-permission android:name="android.permission.CAMERA"/&gt;</w:t>
        <w:br/>
        <w:t xml:space="preserve">    &lt;uses-permission android:name="android.permission.RECORD_AUDIO"/&gt;</w:t>
        <w:br/>
        <w:t xml:space="preserve">    &lt;uses-permission android:name="android.permission.MODIFY_AUDIO_SETTINGS"/&gt;</w:t>
        <w:br/>
        <w:t xml:space="preserve">    &lt;uses-feature</w:t>
        <w:br/>
        <w:t xml:space="preserve">        android:name="android.hardware.camera"</w:t>
        <w:br/>
        <w:t xml:space="preserve">        android:required="false" /&gt;</w:t>
        <w:br/>
        <w:br/>
        <w:t xml:space="preserve">  &lt;!--Android 9及以上系统默认应用禁止Http明文访问，如需要加载http内容，请声明usesCleartextTraffic=true --&gt;</w:t>
        <w:br/>
        <w:t xml:space="preserve">    &lt;application</w:t>
        <w:br/>
        <w:t xml:space="preserve">        ...</w:t>
        <w:br/>
        <w:t xml:space="preserve">        android:usesCleartextTraffic="true"</w:t>
        <w:br/>
        <w:t xml:space="preserve">        android:hardwareAccelerated="true"</w:t>
        <w:br/>
        <w:t xml:space="preserve">        ...&gt;</w:t>
        <w:br/>
        <w:t xml:space="preserve">        ...</w:t>
        <w:br/>
        <w:t xml:space="preserve">    &lt;/application&gt;</w:t>
        <w:br/>
        <w:t>&lt;/manifest&gt;</w:t>
      </w:r>
    </w:p>
    <w:p>
      <w:pPr>
        <w:pStyle w:val="Heading2"/>
      </w:pPr>
      <w:r>
        <w:t>3.3 配置 maven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打开项目根目录的 build.gradle 文件，添加如下内容：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allprojects {</w:t>
        <w:br/>
        <w:t xml:space="preserve">    repositories {</w:t>
        <w:br/>
        <w:t xml:space="preserve">        google()</w:t>
        <w:br/>
        <w:t xml:space="preserve">        jcenter()</w:t>
        <w:br/>
        <w:t xml:space="preserve">        //添加jitpack仓库</w:t>
        <w:br/>
        <w:t xml:space="preserve">        maven { url "https://jitpack.io" }</w:t>
        <w:br/>
        <w:t xml:space="preserve">        //保利威阿里云效</w:t>
        <w:br/>
        <w:t xml:space="preserve">        maven {</w:t>
        <w:br/>
        <w:t xml:space="preserve">            credentials {</w:t>
        <w:br/>
        <w:t xml:space="preserve">                username '609cc5623a10edbf36da9615'</w:t>
        <w:br/>
        <w:t xml:space="preserve">                password 'EbkbzTNHRJ=P'</w:t>
        <w:br/>
        <w:t xml:space="preserve">            }</w:t>
        <w:br/>
        <w:t xml:space="preserve">            url 'https://packages.aliyun.com/maven/repository/2102846-release-8EVsoM/'</w:t>
        <w:br/>
        <w:t xml:space="preserve">        }</w:t>
        <w:br/>
        <w:t xml:space="preserve">    }</w:t>
        <w:br/>
        <w:t>}</w:t>
      </w:r>
    </w:p>
    <w:p>
      <w:pPr>
        <w:pStyle w:val="Heading1"/>
      </w:pPr>
      <w:r>
        <w:t>4 集成SDK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在项目模块的 build.gradle 文件中，添加以下内容：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api 'net.polyv.android:webView:3.2.0' // 3.2.0为具体的SDK版本号</w:t>
      </w:r>
    </w:p>
    <w:p>
      <w:pPr>
        <w:pStyle w:val="Heading1"/>
      </w:pPr>
      <w:r>
        <w:t>5 代码调用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通过PLVWebViewConfig来设置需要加载的Url和UA，然后将PLVWebViewConfig来传入到PLVWebViewDemoActivity进行加载对应Web页面，示例代码如下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PLVWebViewConfig config = new PLVWebViewConfig();</w:t>
        <w:br/>
        <w:t>config.setUrl("需要加载的url")</w:t>
        <w:br/>
        <w:t xml:space="preserve">        .setUa("需要添加的UA");</w:t>
        <w:br/>
        <w:t>PLVWebViewDemoActivity.startWebViewDemoActivity(PLVURLInputActivity.this, config);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当前在PLVWebViewBaseActivity中已经实现了WebView管理、小窗功能等功能，只需要创建新的Activity继承该PLVWebViewBaseActivity即可完成。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class PLVWebViewDemoActivity extends PLVWebViewBaseActivity {</w:t>
        <w:br/>
        <w:br/>
        <w:tab/>
        <w:t xml:space="preserve">  public static void startWebViewDemoActivity(Activity activity, PLVWebViewConfig config) {</w:t>
        <w:br/>
        <w:t xml:space="preserve">        Intent intent = new Intent(activity, PLVWebViewDemoActivity.class);</w:t>
        <w:br/>
        <w:t xml:space="preserve">        intent.putExtra(PLV_WEB_VIEW_STATUS_CONFIG, config);</w:t>
        <w:br/>
        <w:t xml:space="preserve">        activity.startActivity(intent);</w:t>
        <w:br/>
        <w:t xml:space="preserve">    }</w:t>
        <w:br/>
        <w:t>}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注意：Activity的启动模式需要选择singleTask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1-快速集成-Android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