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README</w:t>
      </w:r>
    </w:p>
    <w:p>
      <w:pPr>
        <w:pStyle w:val="Heading1"/>
      </w:pPr>
      <w:r>
        <w:t>项目地址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Android：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polyv-android-webview-demo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iOS：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polyv-ios-webview-demo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Harmony：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polyv-harmony-webview-demo</w:t>
      </w:r>
    </w:p>
    <w:p>
      <w:pPr>
        <w:pStyle w:val="Heading1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本项目从属于易方信息科技股份有限公司，是一款基于PLVWebViewSDK，为客户提供快速集成 webView 控件到应用中的 Demo。PLVWebViewSDK 对保利威云直播、云点播系列产品的直播、回放观看做了良好的适配，极大优化了用户的观看体验，并支持浮窗播放等扩展功能，也可作为其他网页的展示容器。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本项目包含功能如下：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支持基础WebView功能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支持应用内浮窗播放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支持系统级浮窗播放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支持悬浮窗手势拖动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支持配置悬浮窗大小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支持配置悬浮窗初始位置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支持视频全屏播放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支持配置后台播放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支持Feed流播放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README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