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CHANGELOG</w:t>
      </w:r>
    </w:p>
    <w:p>
      <w:pPr>
        <w:pStyle w:val="Heading1"/>
      </w:pPr>
      <w:r>
        <w:t>[1.2.3] - 2025-11-18</w:t>
      </w:r>
    </w:p>
    <w:p>
      <w:pPr>
        <w:pStyle w:val="Heading2"/>
      </w:pPr>
      <w:r>
        <w:t>Add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【Android】【iOS】升级多场景 SDK 到 1.29.3；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 更新内容详见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ios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android</w:t>
      </w:r>
    </w:p>
    <w:p>
      <w:pPr>
        <w:pStyle w:val="Heading2"/>
      </w:pPr>
      <w:r>
        <w:t>Fix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【Android】【iOS】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修复当和点播一同打包时出现原生依赖冲突的问题</w:t>
      </w:r>
    </w:p>
    <w:p>
      <w:pPr>
        <w:pStyle w:val="Heading1"/>
      </w:pPr>
      <w:r>
        <w:t>[1.2.2] - 2025-11-04</w:t>
      </w:r>
    </w:p>
    <w:p>
      <w:pPr>
        <w:pStyle w:val="Heading2"/>
      </w:pPr>
      <w:r>
        <w:t>Add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【Android】【iOS】升级多场景 SDK 到 1.29.1；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 更新内容详见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ios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android</w:t>
      </w:r>
    </w:p>
    <w:p>
      <w:pPr>
        <w:pStyle w:val="Heading1"/>
      </w:pPr>
      <w:r>
        <w:t>[1.2.1] - 2025-10-10</w:t>
      </w:r>
    </w:p>
    <w:p>
      <w:pPr>
        <w:pStyle w:val="Heading2"/>
      </w:pPr>
      <w:r>
        <w:t>Fix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修复安卓纯视频开播崩溃的问题</w:t>
      </w:r>
    </w:p>
    <w:p>
      <w:pPr>
        <w:pStyle w:val="Heading1"/>
      </w:pPr>
      <w:r>
        <w:t>[1.2.0] - 2025-09-28 重大变更 `破坏性升级`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在`1.2.0`版本以后，将不再需要以下插件，请开发者注意移除，否则将会造成云打包失败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云直播依赖插件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UTDID 插件-iOS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PolyvRTC 插件（集成 iOS 直播插件）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Polyv弹幕库插件</w:t>
      </w:r>
    </w:p>
    <w:p>
      <w:pPr>
        <w:pStyle w:val="Heading1"/>
      </w:pPr>
      <w:r>
        <w:t>【1.1.1】- 2025-08-01</w:t>
      </w:r>
    </w:p>
    <w:p>
      <w:pPr>
        <w:pStyle w:val="Heading2"/>
      </w:pPr>
      <w:r>
        <w:t>Fix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【ios】插件添加退出直播间回调函数</w:t>
      </w:r>
    </w:p>
    <w:p>
      <w:pPr>
        <w:pStyle w:val="Heading3"/>
      </w:pPr>
      <w:r>
        <w:t>使用示例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playModule.setExitRoomCallback((res) =&gt; {</w:t>
        <w:br/>
        <w:t xml:space="preserve">    Logger.info('退出房间成功')</w:t>
        <w:br/>
        <w:t xml:space="preserve">    cb &amp;&amp; cb(res)</w:t>
        <w:br/>
        <w:t>})</w:t>
      </w:r>
    </w:p>
    <w:p>
      <w:pPr>
        <w:pStyle w:val="Heading1"/>
      </w:pPr>
      <w:r>
        <w:t>【1.1.0】- 2025-05-27</w:t>
      </w:r>
    </w:p>
    <w:p>
      <w:pPr>
        <w:pStyle w:val="Heading2"/>
      </w:pPr>
      <w:r>
        <w:t>Add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【Android】【iOS】升级多场景 SDK 到 1.25.1；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 更新内容详见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ios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android</w:t>
      </w:r>
    </w:p>
    <w:p>
      <w:pPr>
        <w:pStyle w:val="Heading2"/>
      </w:pPr>
      <w:r>
        <w:t>重大变更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若使用云打包，请手动移除</w:t>
      </w:r>
      <w:r>
        <w:rPr>
          <w:rFonts w:ascii="Menlo" w:hAnsi="Menlo"/>
          <w:color w:val="444444"/>
          <w:sz w:val="20"/>
        </w:rPr>
        <w:t>manifest.json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下 </w:t>
      </w:r>
      <w:r>
        <w:rPr>
          <w:rFonts w:ascii="Menlo" w:hAnsi="Menlo"/>
          <w:color w:val="444444"/>
          <w:sz w:val="20"/>
        </w:rPr>
        <w:t>nativePlugins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</w:t>
      </w:r>
      <w:r>
        <w:rPr>
          <w:rFonts w:ascii="Menlo" w:hAnsi="Menlo"/>
          <w:color w:val="444444"/>
          <w:sz w:val="20"/>
        </w:rPr>
        <w:t>PLV-UTDID</w:t>
      </w:r>
      <w:r>
        <w:rPr>
          <w:rFonts w:ascii="Source Han Sans SC" w:hAnsi="Source Han Sans SC" w:eastAsia="Source Han Sans SC" w:cs="Source Han Sans SC" w:hint="eastAsia"/>
          <w:sz w:val="21"/>
        </w:rPr>
        <w:t>插件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若您还是使用离线打包时，请勿移除</w:t>
      </w:r>
    </w:p>
    <w:p>
      <w:pPr>
        <w:pStyle w:val="Heading1"/>
      </w:pPr>
      <w:r>
        <w:t>【1.0.4】- 2025-03-11</w:t>
      </w:r>
    </w:p>
    <w:p>
      <w:pPr>
        <w:pStyle w:val="Heading2"/>
      </w:pPr>
      <w:r>
        <w:t>Add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【Android】【iOS】升级多场景 SDK 到 1.22.1；</w:t>
      </w:r>
    </w:p>
    <w:p>
      <w:pPr>
        <w:pStyle w:val="Heading1"/>
      </w:pPr>
      <w:r>
        <w:t>【1.0.0】- 2024-09-24</w:t>
      </w:r>
    </w:p>
    <w:p>
      <w:pPr>
        <w:pStyle w:val="Heading2"/>
      </w:pPr>
      <w:r>
        <w:t>Add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【Android】SDK 适配 Android14</w:t>
      </w:r>
    </w:p>
    <w:p>
      <w:pPr>
        <w:pStyle w:val="Heading1"/>
      </w:pPr>
      <w:r>
        <w:t>【1.0.0】- 2024-06-03</w:t>
      </w:r>
    </w:p>
    <w:p>
      <w:pPr>
        <w:pStyle w:val="Heading2"/>
      </w:pPr>
      <w:r>
        <w:t>Add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【Android】【iOS】升级多场景 SDK 到 1.17.1；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</w:t>
      </w:r>
    </w:p>
    <w:p>
      <w:pPr>
        <w:pStyle w:val="Heading1"/>
      </w:pPr>
      <w:r>
        <w:t>【0.2.7】- 2024-02-05</w:t>
      </w:r>
    </w:p>
    <w:p>
      <w:pPr>
        <w:pStyle w:val="Heading2"/>
      </w:pPr>
      <w:r>
        <w:t>Add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【Android】【iOS】升级多场景 SDK 到 1.16.3；</w:t>
      </w:r>
    </w:p>
    <w:p>
      <w:pPr>
        <w:pStyle w:val="Heading1"/>
      </w:pPr>
      <w:r>
        <w:t>【0.2.6】- 2024-01-08</w:t>
      </w:r>
    </w:p>
    <w:p>
      <w:pPr>
        <w:pStyle w:val="Heading2"/>
      </w:pPr>
      <w:r>
        <w:t>Add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【Android】【iOS】升级多场景 SDK 到 1.16.2；</w:t>
      </w:r>
    </w:p>
    <w:p>
      <w:pPr>
        <w:pStyle w:val="Heading1"/>
      </w:pPr>
      <w:r>
        <w:t>【0.2.5】- 2023-11-08</w:t>
      </w:r>
    </w:p>
    <w:p>
      <w:pPr>
        <w:pStyle w:val="Heading2"/>
      </w:pPr>
      <w:r>
        <w:t>Fixed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【Android】修复全屏打赏时崩溃的问题；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</w:t>
      </w:r>
    </w:p>
    <w:p>
      <w:pPr>
        <w:pStyle w:val="Heading1"/>
      </w:pPr>
      <w:r>
        <w:t>【0.2.4】- 2023-03-22</w:t>
      </w:r>
    </w:p>
    <w:p>
      <w:pPr>
        <w:pStyle w:val="Heading2"/>
      </w:pPr>
      <w:r>
        <w:t>Fixed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【iOS】修复云课堂场景、直播带货场景，设置跑马灯 code 参数不生效;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【Android】修复登录回放时设置点播列表参数无效；</w:t>
      </w:r>
    </w:p>
    <w:p>
      <w:pPr>
        <w:pStyle w:val="Heading1"/>
      </w:pPr>
      <w:r>
        <w:t>【0.2.3】- 2023-03-10</w:t>
      </w:r>
    </w:p>
    <w:p>
      <w:pPr>
        <w:pStyle w:val="Heading2"/>
      </w:pPr>
      <w:r>
        <w:t>Changed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【iOS/Android】登录接口支持传入 param4、param5 参数；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【iOS/Android】升级 SDK 到 1.10.7；</w:t>
      </w:r>
    </w:p>
    <w:p>
      <w:pPr>
        <w:pStyle w:val="Heading1"/>
      </w:pPr>
      <w:r>
        <w:t>【0.2.2】- 2022-10-19</w:t>
      </w:r>
    </w:p>
    <w:p>
      <w:pPr>
        <w:pStyle w:val="Heading2"/>
      </w:pPr>
      <w:r>
        <w:t>Changed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【iOS/Android】更新 SDK 到 1.10.2；</w:t>
      </w:r>
    </w:p>
    <w:p>
      <w:pPr>
        <w:pStyle w:val="Heading2"/>
      </w:pPr>
      <w:r>
        <w:t>Add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【iOS】添加 iPad 是否显示全屏按钮的功能</w:t>
      </w:r>
    </w:p>
    <w:p>
      <w:pPr>
        <w:pStyle w:val="Heading1"/>
      </w:pPr>
      <w:r>
        <w:t>【0.2.1】- 2022-10-08</w:t>
      </w:r>
    </w:p>
    <w:p>
      <w:pPr>
        <w:pStyle w:val="Heading2"/>
      </w:pPr>
      <w:r>
        <w:t>Changed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【iOS】移除播放器模块；</w:t>
      </w:r>
    </w:p>
    <w:p>
      <w:pPr>
        <w:pStyle w:val="Heading1"/>
      </w:pPr>
      <w:r>
        <w:t>【0.2.0】- 2022-06-21</w:t>
      </w:r>
    </w:p>
    <w:p>
      <w:pPr>
        <w:pStyle w:val="Heading2"/>
      </w:pPr>
      <w:r>
        <w:t>Changed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【iOS/Android】更新 SDK 到 1.9.3；</w:t>
      </w:r>
    </w:p>
    <w:p>
      <w:pPr>
        <w:pStyle w:val="Heading1"/>
      </w:pPr>
      <w:r>
        <w:t>【0.1.1】- 2022-03-29</w:t>
      </w:r>
    </w:p>
    <w:p>
      <w:pPr>
        <w:pStyle w:val="Heading2"/>
      </w:pPr>
      <w:r>
        <w:t>Changed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【Android】修复 TRTC 频道打开崩溃问题；</w:t>
      </w:r>
    </w:p>
    <w:p>
      <w:pPr>
        <w:pStyle w:val="Heading1"/>
      </w:pPr>
      <w:r>
        <w:t>【0.1.0】- 2022-03-29</w:t>
      </w:r>
    </w:p>
    <w:p>
      <w:pPr>
        <w:pStyle w:val="Heading2"/>
      </w:pPr>
      <w:r>
        <w:t>Changed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【iOS】移除 UTDID 库；</w:t>
      </w:r>
    </w:p>
    <w:p>
      <w:pPr>
        <w:pStyle w:val="Heading1"/>
      </w:pPr>
      <w:r>
        <w:t>【0.0.8】- 2021-11-02</w:t>
      </w:r>
    </w:p>
    <w:p>
      <w:pPr>
        <w:pStyle w:val="Heading2"/>
      </w:pPr>
      <w:r>
        <w:t>Changed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【Android】更新 SDK 到 1.7.1；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【Android】移除本地默认跑马灯，优化部分视图显示逻辑，修复已知问题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【0.0.8】- 2021-10-26</w:t>
      </w:r>
    </w:p>
    <w:p>
      <w:pPr>
        <w:pStyle w:val="Heading2"/>
      </w:pPr>
      <w:r>
        <w:t>Changed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【Android】更新 SDK 到 1.7.0，表情升级，修复已知问题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【0.0.7】- 2021-10-09</w:t>
      </w:r>
    </w:p>
    <w:p>
      <w:pPr>
        <w:pStyle w:val="Heading2"/>
      </w:pPr>
      <w:r>
        <w:t>Changed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【Android】Android 横屏关闭弹幕，同时关闭聊天区域</w:t>
      </w:r>
    </w:p>
    <w:p>
      <w:pPr>
        <w:pStyle w:val="Heading1"/>
      </w:pPr>
      <w:r>
        <w:t>【0.0.6】- 2021-09-18</w:t>
      </w:r>
    </w:p>
    <w:p>
      <w:pPr>
        <w:pStyle w:val="Heading2"/>
      </w:pPr>
      <w:r>
        <w:t>Changed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【Android】修复 Android 自定义跑马灯不显示的 bug</w:t>
      </w:r>
    </w:p>
    <w:p>
      <w:pPr>
        <w:pStyle w:val="Heading1"/>
      </w:pPr>
      <w:r>
        <w:t>【0.0.5】- 2021-06-11</w:t>
      </w:r>
    </w:p>
    <w:p>
      <w:pPr>
        <w:pStyle w:val="Heading2"/>
      </w:pPr>
      <w:r>
        <w:t>Add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【Android】【iOS】新增跑马灯 Code 值配置功能</w:t>
      </w:r>
    </w:p>
    <w:p>
      <w:pPr>
        <w:pStyle w:val="Heading2"/>
      </w:pPr>
      <w:r>
        <w:t>Changed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【iOS】更新 SDK 版本至 1.6.0</w:t>
      </w:r>
    </w:p>
    <w:p>
      <w:pPr>
        <w:pStyle w:val="Heading1"/>
      </w:pPr>
      <w:r>
        <w:t>【0.0.3】- 2021-06-11</w:t>
      </w:r>
    </w:p>
    <w:p>
      <w:pPr>
        <w:pStyle w:val="Heading2"/>
      </w:pPr>
      <w:r>
        <w:t>Changed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[android] 兼容点播插件的适配；</w:t>
      </w:r>
    </w:p>
    <w:p>
      <w:pPr>
        <w:pStyle w:val="Heading1"/>
      </w:pPr>
      <w:r>
        <w:t>【0.0.2】- 2021-06-04</w:t>
      </w:r>
    </w:p>
    <w:p>
      <w:pPr>
        <w:pStyle w:val="Heading2"/>
      </w:pPr>
      <w:r>
        <w:t>Add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【iOS】提供多场景插件功能;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【android】提供多场景插件功能;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【demo】开发云课堂场景和带货直播场景切换功能；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【demo】开发直播和回放登录入口；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p>
      <w:pPr>
        <w:pStyle w:val="Heading1"/>
      </w:pPr>
      <w:r>
        <w:t>PLVLiveScenesSDK 版本对应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1.2.3 - (iOS: 1.29.3 , android: 1.29.3)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1.2.2 - (iOS: 1.29.1 , android: 1.29.1)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1.2.1 - (iOS: 1.29.0 , android: 1.29.0)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1.2.0 - (iOS: 1.29.0 , android: 1.29.0)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1.1.1 - (iOS: 1.25.1 , android: 1.25.1)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1.1.0 - (iOS: 1.25.1 , android: 1.25.1)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1.0.4 - (iOS: 1.22.1 , android: 1.22.1)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1.0.1 - (iOS: 1.17.1 , android: 1.17.1 )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1.0.1 - (iOS: 1.17.1 , android: 1.17.1 )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1.0.0 - (iOS: 1.17.1 , android: 1.17.1 )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0.2.7 - (iOS: 1.16.3 , android: 1.16.3 )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0.2.6 - (iOS: 1.16.2 , android: 1.16.2 )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0.2.5 - (iOS: 1.10.7 , android: 1.10.7 )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0.2.4 - (iOS: 1.10.7 , android: 1.10.7 )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0.2.3 - (iOS: 1.10.7 , android: 1.10.7 )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0.2.2 - (iOS: 1.10.2 , android: 1.10.2 )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0.2.1 - (iOS: 1.9.3 , android: 1.9.3 )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0.2.0 - (iOS: 1.9.3 , android: 1.9.3 )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0.1.1 - (iOS: 1.6.0 , android: 1.7.1 )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0.1.0 - (iOS: 1.6.0 , android: 1.7.1 )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0.0.9 - (iOS: 1.6.0 , android: 1.7.1 )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0.0.8 - (iOS: 1.6.0 , android: 1.7.0 )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0.0.7 - (iOS: 1.6.0 , android: 1.4.2 )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0.0.6 - (iOS: 1.6.0 , android: 1.4.2 )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0.0.5 - (iOS: 1.6.0 , android: 1.4.2 )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0.0.3 - (iOS: 1.3.0 , android: 1.4.2 )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0.0.2 - (iOS: 1.3.0 , android: 1.4.2 )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---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CHANGELOG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