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update guide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update guide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