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快速业务集成方案</w:t>
      </w:r>
    </w:p>
    <w:p>
      <w:pPr>
        <w:pStyle w:val="Heading1"/>
      </w:pPr>
      <w:r>
        <w:t>方案说明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此集成方式以POLYV 的 SaaS 产品观看页为基础，通过iframe 、 webview 的方式集成或嵌入到客户的产品中，实现直播观看能力；</w:t>
      </w:r>
    </w:p>
    <w:p>
      <w:pPr>
        <w:pStyle w:val="Heading1"/>
      </w:pPr>
      <w:r>
        <w:t>特点：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1、开发周期短，技术介入程度低，快速上线，预计1周左右。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2、观看页功能随POLYV升级而自动升级，无需技术介入；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3、所有保利威业务场景（三分屏、纯视频）均支持；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4、SaaS 观看页是POLYV对所有客户的标准产品，不支持业务逻辑、UI 定制化开发，如需要定制化开发，请参照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定制化业务集成方案</w:t>
      </w:r>
      <w:r>
        <w:rPr>
          <w:rFonts w:ascii="Source Han Sans SC" w:hAnsi="Source Han Sans SC" w:eastAsia="Source Han Sans SC" w:cs="Source Han Sans SC" w:hint="eastAsia"/>
          <w:sz w:val="21"/>
        </w:rPr>
        <w:t>；</w:t>
      </w:r>
    </w:p>
    <w:p>
      <w:pPr>
        <w:pStyle w:val="Heading1"/>
      </w:pPr>
      <w:r>
        <w:t>适应场景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1、客户技术资源匮乏，没有太多人力投入；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2、客户需要快速实现业务闭环；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3、客户没有定制化开发要求；</w:t>
      </w:r>
    </w:p>
    <w:p>
      <w:pPr>
        <w:pStyle w:val="Heading1"/>
      </w:pPr>
      <w:r>
        <w:t>业务图：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7041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def5665dbd5cf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704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 上图中观看端统一使用SaaS 观看页实现拉流观看，页面URL地址拼接规则：https://live.polyv.cn/watch/{channel}， 结尾的channel替换成实际的POLYV 后台频道号，如：https://live.polyv.cn/watch/3274670  ，其中3274670 就是频道号；</w:t>
      </w:r>
    </w:p>
    <w:p>
      <w:pPr>
        <w:pStyle w:val="Heading1"/>
      </w:pPr>
      <w:r>
        <w:t>后台管理端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后台有两种方式集成 ，方式说明和参考如下：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方案一：按照客户自身业务逻辑需要通过调用API / JAVA SDK方式打通客户业务系统和POLYV业务系统数据，参考  服务端API；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方案二：通过单点登录方式直接将POLYV的后台管理系统嵌入到客户自己的管理系统中，客户后台无需密码，直接进入POLYV后台管理系统，管理频道直播间；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82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e86d2d3953113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824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集成方式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示例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单点登录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单点登录账号后台、频道后台、角色后台、讲师开播页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通过单点登录，可以打通客户业务系统和POLYV业务系统，客户业务系统可以不用输入用户名、密码，直接进入POLYV后台进行频道级和账号级相关的操作，如客户需要CNAME 方式到后台，配置 CNAME 指向【live-manage.videocc.net】，其他配置参考观看端配置；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单点登录DEMO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服务端API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客户业务系统可以直接通过API调用打通和POLYV业务系统的关联；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API在线测试工具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直播Java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使用Java语言进行后台开发时，可以集成Java SDK进行API调用，减少对接时间。（SDK封装了请求参数、签名、异常等，具体可参见文档）。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功能索引</w:t>
            </w:r>
          </w:p>
        </w:tc>
      </w:tr>
    </w:tbl>
    <w:p>
      <w:pPr>
        <w:spacing w:after="40"/>
      </w:pPr>
    </w:p>
    <w:p>
      <w:pPr>
        <w:pStyle w:val="Heading1"/>
      </w:pPr>
      <w:r>
        <w:t>开播端（推流到服务器）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登录POLYV直播后台，进入频道管理页面，选择直播链接，点击即可开播，具体如下：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82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17ea449d6c2339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8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1988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2dba81bf993146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19884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入口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支持范围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PC客户端开播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POLYV后台对应频道连接如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示例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支持window/mac系统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下载后可直接进行开播，包含直播助手、云课堂、大班课 三合一客户端。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网页开播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POLYV后台对应频道连接如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示例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支持所有平台，使用浏览器开播；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提供web端快速接入开播服务能力。</w:t>
            </w:r>
          </w:p>
        </w:tc>
      </w:tr>
    </w:tbl>
    <w:p>
      <w:pPr>
        <w:spacing w:after="40"/>
      </w:pPr>
    </w:p>
    <w:p>
      <w:pPr>
        <w:pStyle w:val="Heading1"/>
      </w:pPr>
      <w:r>
        <w:t>观看端（从服务器拉流播放）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观看端使用SaaS 观看页实现拉流观看，页面URL地址拼接规则：https://live.polyv.cn/watch/{channel}， 结尾的channel替换成实际的POLYV 后台频道号，如：https://live.polyv.cn/watch/3274670  ，其中3274670 就是频道号，也可以从POLYV管理后台获取，如下：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824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17d8e48b48115b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824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集成方式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CNAME + SaaS H5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将客户的域名设置一个CNAME别名指向POLYV的观看页域名live-watch.videocc.net，实现客户域名直接打开观看页功能，例如客户域名为【 www.baidu.com 】设置别名【live.baidu.com】指向 live-watch.videocc.net ， 客户观看页域名就是 https://live.baidu.com/watch/3274670,从域名上面看就是客户自己的业务系统，实际进入的是POLYV 的观看页，配置流程如下：1、客户设置自身业务域名CNAME方式绑定到POLYV播放域名live-watch.videocc.net，并将CNAME域名告知给POLYV，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参考文档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配置；2、由于POLYVE观看页使用的HTTPS协议，客户应将该CNAME域名绑定的SSL证书提供给POLYV， 包括*.pem &amp; \*.key 两个文件；3、POLYV配置好系统后，和客户验证CNAME域名是否生效，此时的观看页地址应该为：https://{your_domain_name}/watch/{channel} 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webview+ SAAS H5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该方案针对手机APP 、 小程序 提供的轻量级集成方案，APP 或者 小程序 通过webview 加载SaaS观看页轻松实现观看页集成；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iframe + SaaS H5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客户使用iframe方式嵌入POLYV的 SaaS 观看页，从域名上面看就是客户自己的业务系统，实际嵌入的页面是POLYV 的观看页；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参考文档和使用限制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518536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a06116e5a84d09e-docx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185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如客户需要将自身业务系统 C端账号ID 通过POLYV观看端透传回自身业务系统，请参考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独立授权</w:t>
      </w:r>
      <w:r>
        <w:rPr>
          <w:rFonts w:ascii="Source Han Sans SC" w:hAnsi="Source Han Sans SC" w:eastAsia="Source Han Sans SC" w:cs="Source Han Sans SC" w:hint="eastAsia"/>
          <w:sz w:val="21"/>
        </w:rPr>
        <w:t>对接方式。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快速业务集成方案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