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转播</w:t>
      </w:r>
    </w:p>
    <w:p>
      <w:pPr>
        <w:pStyle w:val="Heading1"/>
      </w:pPr>
      <w:r>
        <w:t>功能展示</w:t>
      </w:r>
    </w:p>
    <w:p>
      <w:pPr>
        <w:pStyle w:val="Heading1"/>
      </w:pPr>
      <w:r>
        <w:t>后台配置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配置主频道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配置子频道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主频道的转播菜单关联子频道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创建发起转播的频道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type字段设置为transmit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创建接收转播的频道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type字段设置为receive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绑定频道转播关系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operation设置为Y，receiveChannelIds为接收转播的频道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批量创建接收转播的频道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根据发起转播的频道，批量创建接收转播的频道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查询转播频道信息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查询账号或频道下的转播列表信息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最多可以关联500个接收转播频道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研讨会、MR直播暂不支持转播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主频道不支持登录聊天室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主频道仅仅负责视频开播，分发子频道功能，所有营销互动功能例如打赏、商品库、签到、公告、问卷、答题卡、抽奖、红包等都不能使用，不支持登录主频道聊天室发言；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观众只能在自己的子频道聊天互动，子频道之间彼此隔离，不可跨子频道聊天互动，不可查看跨子频道的聊天内容；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子频道的助教可以配合主频道主播管理当前子频道的观众，配合执行打赏、商品库、签到、公告、问卷、答题卡、抽奖、红包等互动营销功能，子频道助教的所有操作只在当前子频道生效。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转播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