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提问&amp;问答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提问和问答都是直播间常用的互动功能。提问更适合私密沟通，问答更适合公开收集和回答观众问题。</w:t>
      </w:r>
    </w:p>
    <w:p>
      <w:pPr>
        <w:pStyle w:val="Heading1"/>
      </w:pPr>
      <w:r>
        <w:t>提问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提问功能类似即时聊天，观众提交的问题和回复仅自己可见，适合用于私密咨询、活动信息收集、收货信息提交等场景。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开启提问功能后，观众可在观看页进入提问区，查看提问历史、回复并发送提问内容。主讲、嘉宾、助教可在开播端查看观众提问并进行回复。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514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4396bcd34541c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514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提问功能支持在移动端横屏、移动端竖屏、PC 网页端、主讲/嘉宾端和助教端使用。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6382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fac784e604e93ce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63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问答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00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b393ad20092fb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00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32103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5f7f346daff1c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3210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提问和问答的区别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对比项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提问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问答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表现形式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类似即时聊天的互动工具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观众提问，主讲、嘉宾或助教回答的问答类互动工具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观众可见范围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观众只能看到自己的提问内容和答案，私密性较强。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观众可以看到其他观众的问题和答案。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开播端使用效果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可与观众单线联系，上下文更完整，便于管理。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问题上下文相对较少，通常为单个问题单独解答。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私密咨询、活动信息收集、收货信息提交等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公开答疑、课程互动、直播问答等</w:t>
            </w:r>
          </w:p>
        </w:tc>
      </w:tr>
    </w:tbl>
    <w:p>
      <w:pPr>
        <w:spacing w:after="40"/>
      </w:pPr>
    </w:p>
    <w:p>
      <w:pPr>
        <w:pStyle w:val="Heading1"/>
      </w:pPr>
      <w:r>
        <w:t>技术对接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提问和问答属于聊天室的子模块功能。各端侧对接 Demo 后，即包含提问和问答功能。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提问消息、公聊消息、禁言、审核、敏感词等规则沿用现有逻辑。</w:t>
      </w: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SaaS-H5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Web-SDK（观看页 SDK）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APP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API 接口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查询频道提问记录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查询频道内的提问记录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修改提问功能开关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修改频道提问功能开关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修改频道的功能开关状态（含问答）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修改频道功能开关状态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查询频道的功能开关状态（含问答）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查询频道功能开关状态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增加页面菜单（含问答）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增加页面菜单</w:t>
            </w:r>
          </w:p>
        </w:tc>
      </w:tr>
    </w:tbl>
    <w:p>
      <w:pPr>
        <w:spacing w:after="40"/>
      </w:pP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如需配置竖屏观看页提问入口文案和图标，可前往 </w:t>
      </w:r>
      <w:r>
        <w:rPr>
          <w:rFonts w:ascii="Menlo" w:hAnsi="Menlo"/>
          <w:color w:val="444444"/>
          <w:sz w:val="20"/>
        </w:rPr>
        <w:t>直播装修 &gt; 功能管理 &gt; 提问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设置。保存成功后，观看页按最新配置展示；保存失败时，线上观看页不会更新展示内容。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156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6b4ea1655f673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1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未开启提问功能时，观看页不展示提问入口。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提问&amp;问答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