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商品库SDK</w:t>
      </w:r>
    </w:p>
    <w:p>
      <w:pPr>
        <w:pStyle w:val="Heading1"/>
      </w:pPr>
      <w:r>
        <w:t>功能展示</w:t>
      </w:r>
    </w:p>
    <w:p>
      <w:pPr>
        <w:pStyle w:val="Heading1"/>
      </w:pPr>
      <w:r>
        <w:t>观看端预览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0966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21b162c01a8ee9f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0966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09664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0a557fbcb1bcb61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0966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cdecc8b255f79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添加频道商品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添加频道商品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删除频道商品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删除频道商品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查询频道商品库开关状态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查询频道商品库开关状态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获取频道商品库商品列表，支持分页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推送频道商品库商品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推送频道商品库商品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编辑频道商品库商品信息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修改频道商品库开关状态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修改频道商品库开关状态，如果没有开启商品库权限请联系客服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修改频道商品库上下架状态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修改频道商品库商品上下架状态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修改频道商品库列表顺序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修改商品库商品列表顺序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多场景SDK中，直播带货场景支持商品库，并且是实时推送的，但是如果未开启商品库功能时，SDK会将消息忽略（RETURN掉）；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后台打开商品库列表开关，后台会实时推送该事件消息到观看端，android sdk 、js sdk  、saas 观看页会显示边看边买商品库列表Tab页，iOS暂不支持；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6146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4104d6d618516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614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后台操作商品库、删除、下架等动作，观看端都会实时接收事件消息;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商品推送在网页端和多场景中，会实时弹框提示，强提醒终端用户；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