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答题卡</w:t>
      </w:r>
    </w:p>
    <w:p>
      <w:pPr>
        <w:pStyle w:val="Heading1"/>
      </w:pPr>
      <w:r>
        <w:t>功能介绍</w:t>
      </w:r>
    </w:p>
    <w:p>
      <w:pPr>
        <w:pStyle w:val="Heading1"/>
      </w:pPr>
      <w:r>
        <w:t>观众端效果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SaaS-Web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移动端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后台统计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发起统计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统计详情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端侧支持情况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端侧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SaaS观看页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Web-SDK（观看页SDK）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移动端-多场景SDK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</w:tbl>
    <w:p>
      <w:pPr>
        <w:spacing w:after="40"/>
      </w:pPr>
    </w:p>
    <w:p>
      <w:pPr>
        <w:pStyle w:val="Heading1"/>
      </w:pPr>
      <w:r>
        <w:t>相关API接口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获取答题卡结果也可以通过服务端API接口来获取，达到将答题结果数据同步至已有系统，相关API接口如下：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接口名称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查询频道答题卡结果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通过频道号，查询答题卡答题结果列表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答题卡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