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SDK交付完整流程</w:t>
      </w:r>
    </w:p>
    <w:p>
      <w:pPr>
        <w:pStyle w:val="Heading1"/>
      </w:pPr>
      <w:r>
        <w:t>目标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1、让客户更好的了解POLYV的SDK交付完整流程和工作阶段，便于双方工作开展；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2、通过流程规范有效控制在各个阶段的项目风险，提升SDK交付的工作效率，缩短SDK对接周期；</w:t>
      </w:r>
    </w:p>
    <w:p>
      <w:pPr>
        <w:pStyle w:val="Heading1"/>
      </w:pPr>
      <w:r>
        <w:t>完整流程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79518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3889bc38f0a66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7951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需求沟通确认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阶段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目标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需求沟通说明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POLYV以会议的形式和客户方业务口&amp;技术口负责人确认客户的完整业务需求、验收方式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业务方案输出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POLYV以会议形式和客户方业务口&amp;技术口负责人沟通确认客户方的业务需求的完整实现方案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指导技术对接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POLYV通过微信群&amp;会议方式指导客户技术老师完成技术对接工作，实时响应客户的所有问题解决；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业务功能上线走查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客户业务上线前，POLYV对客户的业务系统进行功能走查&amp;系统诊断，如发现问题协助客户解决问题；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工作验收评价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交付工作完结后，POLYV以恰当的方式和客户业务口&amp;技术口负责人确认交付阶段的工作内容和成果，对交付阶段的工作做出验收和评价；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SDK交付完整流程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