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WEB网页启动PC开播客户端如何增加提示</w:t>
      </w:r>
    </w:p>
    <w:p>
      <w:pPr>
        <w:pStyle w:val="Heading1"/>
      </w:pPr>
      <w:r>
        <w:t>问题详述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在web网页自定义集成时，启动客户端链接跳转用来直接打开PC开播客户端，在没有安装客户端的时候，没有提示。</w:t>
      </w:r>
    </w:p>
    <w:p>
      <w:pPr>
        <w:pStyle w:val="Heading1"/>
      </w:pPr>
      <w:r>
        <w:t>解决方案和排查思路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1、可以使用web相关的api ：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window.protocolCheck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2、具体使用可以参考：https://github.com/ismailhabib/custom-protocol-detection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WEB网页启动PC开播客户端如何增加提示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