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互动SDK UI组件加载不出来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集成互动SDK的UI组件后，如：签到，问卷，抽奖，公告，答题卡等，在讲师端发起对应的功能操作后，观看端不能展示对应的互动UI组件</w:t>
      </w:r>
    </w:p>
    <w:p>
      <w:pPr>
        <w:pStyle w:val="Heading1"/>
      </w:pPr>
      <w:r>
        <w:t>解决方案和排查思路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1、检查控制台的socket是否建立，并且能收到对应的事件通知，使用快捷键 F12 打开开发者工具 =&gt; network =&gt; 点击 ws =&gt; 查看 socket 链接。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325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f4b0fb16b15ba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32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2、需要确保互动初始化配置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`updateConfig`</w:t>
      </w:r>
      <w:r>
        <w:rPr>
          <w:rFonts w:ascii="Source Han Sans SC" w:hAnsi="Source Han Sans SC" w:eastAsia="Source Han Sans SC" w:cs="Source Han Sans SC" w:hint="eastAsia"/>
          <w:sz w:val="21"/>
        </w:rPr>
        <w:t>后，才能加载互动UI组件。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 v-if="interactInit"&gt;</w:t>
        <w:br/>
        <w:t xml:space="preserve">    &lt;!-- 签到 --&gt;</w:t>
        <w:br/>
        <w:t xml:space="preserve">    &lt;check-in /&gt;</w:t>
        <w:br/>
        <w:t>&lt;/template&gt;</w:t>
        <w:br/>
        <w:t>&lt;script&gt;</w:t>
        <w:br/>
        <w:tab/>
        <w:t>import { updateConfig } from '@polyv/interactions-receive-sdk' // 初始化加载互动模块</w:t>
        <w:br/>
        <w:tab/>
        <w:t>import checkIn from '@polyv/interactions-receive-sdk-ui-default/lib/MobileCheckIn'// 签到UI组件</w:t>
        <w:br/>
        <w:tab/>
        <w:t>export default {</w:t>
        <w:br/>
        <w:t xml:space="preserve">        components: {</w:t>
        <w:br/>
        <w:t xml:space="preserve">            checkIn</w:t>
        <w:br/>
        <w:t xml:space="preserve">        },</w:t>
        <w:br/>
        <w:t xml:space="preserve">        data () {</w:t>
        <w:br/>
        <w:t xml:space="preserve">    </w:t>
        <w:tab/>
        <w:tab/>
        <w:t>return {</w:t>
        <w:br/>
        <w:t xml:space="preserve">                ...</w:t>
        <w:br/>
        <w:t xml:space="preserve">                interactInit: false // 用来加载互动SDK组件时机问题，因为互动组件加载前必须初始化互动SDK配置</w:t>
        <w:br/>
        <w:t xml:space="preserve">            }</w:t>
        <w:br/>
        <w:t xml:space="preserve">        },</w:t>
        <w:br/>
        <w:t xml:space="preserve">        methods: {</w:t>
        <w:br/>
        <w:t xml:space="preserve">            createPolyvLiveSdk () {</w:t>
        <w:br/>
        <w:t xml:space="preserve">                // 创建直播</w:t>
        <w:br/>
        <w:t xml:space="preserve">                this.liveSdk = new PolyvLiveSdk({</w:t>
        <w:br/>
        <w:t xml:space="preserve">                    ...</w:t>
        <w:br/>
        <w:t xml:space="preserve">                })</w:t>
        <w:br/>
        <w:t xml:space="preserve">                this.liveSdk.on(PolyvLiveSdk.EVENTS.CHANNEL_DATA_INIT, (event, data) =&gt; {</w:t>
        <w:br/>
        <w:t xml:space="preserve">                    ...</w:t>
        <w:br/>
        <w:t xml:space="preserve">                    this.loadInteractionsReceive() // 初始化互动SDK配置</w:t>
        <w:br/>
        <w:t xml:space="preserve">        </w:t>
        <w:tab/>
        <w:tab/>
        <w:t xml:space="preserve">   this.interactInit = true // 加载互动UI组件</w:t>
        <w:br/>
        <w:t xml:space="preserve">                })</w:t>
        <w:br/>
        <w:t xml:space="preserve">            },</w:t>
        <w:br/>
        <w:t xml:space="preserve">            loadInteractionsReceive () {</w:t>
        <w:br/>
        <w:t xml:space="preserve">                const appSecret = '';// 账号 appSecret</w:t>
        <w:br/>
        <w:t xml:space="preserve">                const appId = '';// 账号 appId</w:t>
        <w:br/>
        <w:t xml:space="preserve">                const userInfo = {</w:t>
        <w:br/>
        <w:t xml:space="preserve">                  nick: '观众昵称',// 昵称</w:t>
        <w:br/>
        <w:t xml:space="preserve">                  pic: '',// 头像</w:t>
        <w:br/>
        <w:t xml:space="preserve">                  userId: '123456',// 观众id</w:t>
        <w:br/>
        <w:t xml:space="preserve">                };</w:t>
        <w:br/>
        <w:t xml:space="preserve">                const channelInfo = {</w:t>
        <w:br/>
        <w:t xml:space="preserve">                  channelId: '',// 频道号</w:t>
        <w:br/>
        <w:t xml:space="preserve">                  roomId: '',// 房间号</w:t>
        <w:br/>
        <w:t xml:space="preserve">                  sessionId: '', // 频道场次id</w:t>
        <w:br/>
        <w:t xml:space="preserve">                };</w:t>
        <w:br/>
        <w:t xml:space="preserve">                updateConfig({</w:t>
        <w:br/>
        <w:t xml:space="preserve">                  userInfo: userInfo, // 观众信息</w:t>
        <w:br/>
        <w:t xml:space="preserve">                  channelInfo: channelInfo, // 频道信息</w:t>
        <w:br/>
        <w:t xml:space="preserve">                  socket: socket,// 此处传入 socketio 实例</w:t>
        <w:br/>
        <w:t xml:space="preserve">                  getViewerApiToken: (callback) =&gt; {// viewerApiToken 更新函数</w:t>
        <w:br/>
        <w:t xml:space="preserve">  </w:t>
        <w:tab/>
        <w:tab/>
        <w:tab/>
        <w:tab/>
        <w:tab/>
        <w:t>...</w:t>
        <w:br/>
        <w:t xml:space="preserve">                  },</w:t>
        <w:br/>
        <w:t xml:space="preserve">                })</w:t>
        <w:br/>
        <w:t xml:space="preserve">            }</w:t>
        <w:br/>
        <w:t xml:space="preserve">        }</w:t>
        <w:br/>
        <w:t xml:space="preserve">    }</w:t>
        <w:br/>
        <w:t>&lt;/script&gt;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互动SDK UI组件加载不出来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