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聊天室SDK菜单栏如何自定义加入内容</w:t>
      </w:r>
    </w:p>
    <w:p>
      <w:pPr>
        <w:pStyle w:val="Heading1"/>
      </w:pPr>
      <w:r>
        <w:t>问题详述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在集成聊天室SDK场景下，对于聊天室自动生成的菜单栏，如何自定义一些DOM内容在菜单里面</w:t>
      </w:r>
    </w:p>
    <w:p>
      <w:pPr>
        <w:pStyle w:val="Heading1"/>
      </w:pPr>
      <w:r>
        <w:t>问题解答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1、先找到需要操作的菜单栏内容父级DOM元素ID或者class（需要保证唯一性），然后采用原生JS操作DOM的方式进行追加内容。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8293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9d4735cd58acfb7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82937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聊天室SDK菜单栏如何自定义加入内容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