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术语汇总</w:t>
      </w:r>
    </w:p>
    <w:p>
      <w:pPr>
        <w:pStyle w:val="Heading1"/>
      </w:pPr>
      <w:r>
        <w:t>无延迟 &amp; CDN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无延迟直播是一种观看页使用RTC方式拉流观看的直播，PC和H5延迟都在400ms内，在不支持的观看端将降级为CDN方式拉流播放。传统的CDN方向拉流直播延迟比较大，PC端延迟 3\~5s，H5端延迟 10\~12s。</w:t>
      </w:r>
    </w:p>
    <w:p>
      <w:pPr>
        <w:pStyle w:val="Heading1"/>
      </w:pPr>
      <w:r>
        <w:t>连麦 &amp; 上麦 &amp; 下麦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连麦：通过连麦观众和主播可以实时在线音视频对话，分为上麦和下麦两个过程，此技术通过RTC方式实现；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上麦：观众上麦和主播通过上麦可以在同一个房间内实时在线音视频对话；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下麦：观众下麦和主播断开连接，不可以在同一个房间内实时在线音视频对话；</w:t>
      </w:r>
    </w:p>
    <w:p>
      <w:pPr>
        <w:pStyle w:val="Heading1"/>
      </w:pPr>
      <w:r>
        <w:t>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同一个直播间可以多次开播，为了区分同一个直播间的不同场直播，会为每一次直播生成一个场次ID，用于数据统计区分</w:t>
      </w:r>
    </w:p>
    <w:p>
      <w:pPr>
        <w:pStyle w:val="Heading1"/>
      </w:pPr>
      <w:r>
        <w:t>直播方式(仅针对纯视频)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普通直播：开播端通过POLYV网页开播、客户端开播，推流到服务器 ，观看端拉流观看的方式 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伪直播：已经录制好的视频，上传POLYV 后，通过POLYV 直播的形式推流到服务器，观众端拉流观看；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多平台推流：POLYV通过后台云分发功能将直播推流到 B 站、小红书、抖音等多个主流直播平台；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拉流直播：其他主流音视频平台 B 站、小红书、抖音 等提供拉流地址，填入POLYV 拉流直播配置后，观众端拉流观看；</w:t>
      </w:r>
    </w:p>
    <w:p>
      <w:pPr>
        <w:pStyle w:val="Heading1"/>
      </w:pPr>
      <w:r>
        <w:t>转播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转播：POLYV 跨频道直播的一种方式。实现一个频道直播，多个不同的直播间可以收看。分为发起转播及接收转播两类频道，默认频道创建为发起转播频道。</w:t>
      </w:r>
    </w:p>
    <w:p>
      <w:pPr>
        <w:pStyle w:val="Heading1"/>
      </w:pPr>
      <w:r>
        <w:t>推流 &amp;   拉流  &amp;  转推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推流：将本地摄像头或麦克风等采集到的音视频数据发送到服务端，比如开播端推流到CDN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拉流：从服务端将音视频数据拉取到本地，用于观看端拉流播放观看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转推：从服务端推流，将内容再推到其他CDN服务器上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42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3c2db3df59e5a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429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术语汇总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