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iOS直播SDK如何发起自定义消息</w:t>
      </w:r>
    </w:p>
    <w:p>
      <w:pPr>
        <w:pStyle w:val="Heading2"/>
      </w:pPr>
      <w:r>
        <w:t>问题描述</w:t>
      </w:r>
    </w:p>
    <w:p>
      <w:r>
        <w:rPr>
          <w:rFonts w:ascii="Source Han Sans SC" w:hAnsi="Source Han Sans SC" w:eastAsia="Source Han Sans SC" w:cs="Source Han Sans SC" w:hint="eastAsia"/>
          <w:sz w:val="21"/>
        </w:rPr>
        <w:t>项目集成保利威iOS直播SDK后，可能需要通过发送自定义消息来增强互动性或与自身系统做相关业务功能，保利威直播SDK聊天室提供了发送自定义消息API，具体见如下解决方案</w:t>
      </w:r>
    </w:p>
    <w:p>
      <w:pPr>
        <w:pStyle w:val="Heading2"/>
      </w:pPr>
      <w:r>
        <w:t>解决方案</w:t>
      </w:r>
    </w:p>
    <w:p>
      <w:r>
        <w:rPr>
          <w:rFonts w:ascii="Menlo" w:hAnsi="Menlo"/>
          <w:color w:val="444444"/>
          <w:sz w:val="20"/>
        </w:rPr>
        <w:t>PLVChatroomPresenter</w:t>
      </w:r>
      <w:r>
        <w:rPr>
          <w:rFonts w:ascii="Source Han Sans SC" w:hAnsi="Source Han Sans SC" w:eastAsia="Source Han Sans SC" w:cs="Source Han Sans SC" w:hint="eastAsia"/>
          <w:sz w:val="21"/>
        </w:rPr>
        <w:t xml:space="preserve"> 类提供发送、接收各类消息的API，并把消息封装成数据模型返回，具体接口定义如下：</w:t>
      </w:r>
    </w:p>
    <w:p>
      <w:pPr>
        <w:pStyle w:val="ListNumber"/>
      </w:pPr>
      <w:r>
        <w:rPr>
          <w:rFonts w:ascii="Source Han Sans SC" w:hAnsi="Source Han Sans SC" w:eastAsia="Source Han Sans SC" w:cs="Source Han Sans SC" w:hint="eastAsia"/>
          <w:sz w:val="21"/>
        </w:rPr>
        <w:t>发送自定义消息</w:t>
      </w:r>
    </w:p>
    <w:p>
      <w:pPr>
        <w:spacing w:after="180"/>
        <w:ind w:left="198"/>
      </w:pPr>
      <w:r>
        <w:rPr>
          <w:rFonts w:ascii="Menlo" w:hAnsi="Menlo"/>
          <w:color w:val="334155"/>
          <w:sz w:val="17"/>
        </w:rPr>
        <w:t>/// 发送自定义消息</w:t>
        <w:br/>
        <w:t>/// @param event 自定义消息event字段</w:t>
        <w:br/>
        <w:t>/// @param data 自定义消息data字段</w:t>
        <w:br/>
        <w:t>/// @param tip 自定义消息tip字段</w:t>
        <w:br/>
        <w:t>/// @param emitMode 自定义消息emitMode字段（0-发送给所有人，1-发送给所有人除了自己，2-只发送给自己）</w:t>
        <w:br/>
        <w:t>/// @return 消息数据模型, 发送失败时，返回nil</w:t>
        <w:br/>
        <w:t>- (PLVChatModel * _Nullable)sendCustomMessageWithEvent:(NSString *)event</w:t>
        <w:br/>
        <w:t xml:space="preserve">                              data:(NSDictionary *)data</w:t>
        <w:br/>
        <w:t xml:space="preserve">                               tip:(NSString * _Nullable)tip</w:t>
        <w:br/>
        <w:t xml:space="preserve">                          emitMode:(int)emitMode;</w:t>
      </w:r>
    </w:p>
    <w:p>
      <w:pPr>
        <w:pStyle w:val="ListNumber"/>
      </w:pPr>
      <w:r>
        <w:rPr>
          <w:rFonts w:ascii="Source Han Sans SC" w:hAnsi="Source Han Sans SC" w:eastAsia="Source Han Sans SC" w:cs="Source Han Sans SC" w:hint="eastAsia"/>
          <w:sz w:val="21"/>
        </w:rPr>
        <w:t>接收自定义消息</w:t>
      </w:r>
    </w:p>
    <w:p>
      <w:pPr>
        <w:spacing w:after="180"/>
        <w:ind w:left="198"/>
      </w:pPr>
      <w:r>
        <w:rPr>
          <w:rFonts w:ascii="Menlo" w:hAnsi="Menlo"/>
          <w:color w:val="334155"/>
          <w:sz w:val="17"/>
        </w:rPr>
        <w:t>/// 其他自定义监听事件回调</w:t>
        <w:br/>
        <w:t>/// @param event 监听事件类型</w:t>
        <w:br/>
        <w:t>/// @param subEvent 返回的EVENT类型</w:t>
        <w:br/>
        <w:t>/// @param jsonString 返回的数据json原格式</w:t>
        <w:br/>
        <w:t>/// @param object 返回数据转换成的OC格式，为NSArray或NSDictionary</w:t>
        <w:br/>
        <w:t>- (void)socketMananger_didReceiveEvent:(NSString *)event</w:t>
        <w:br/>
        <w:t xml:space="preserve">                              subEvent:(NSString *)subEvent</w:t>
        <w:br/>
        <w:t xml:space="preserve">                                  json:(NSString *)jsonString</w:t>
        <w:br/>
        <w:t xml:space="preserve">                            jsonObject:(id)object;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iOS直播SDK如何发起自定义消息</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