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iOS直播SDK登录聊天失败</w:t>
      </w:r>
    </w:p>
    <w:p>
      <w:pPr>
        <w:pStyle w:val="Heading2"/>
      </w:pPr>
      <w:r>
        <w:t>问题描述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iOS直播SDK登录直播间时，支持自定义观众登录信息，可能导致聊天室登录失败，配置代码及具体表现如下：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[PLVRoomLoginClient loginLiveRoomWithChannelType:channelType</w:t>
        <w:br/>
        <w:t xml:space="preserve">                                           channelId:self.channelIdTF.text</w:t>
        <w:br/>
        <w:t xml:space="preserve">                                              userId:self.userIDTF.text</w:t>
        <w:br/>
        <w:t xml:space="preserve">                                               appId:self.appIDTF.text</w:t>
        <w:br/>
        <w:t xml:space="preserve">                                           appSecret:self.appSecretTF.text</w:t>
        <w:br/>
        <w:t xml:space="preserve">                                            roomUser:^(PLVRoomUser * _Nonnull roomUser) {</w:t>
        <w:br/>
        <w:t xml:space="preserve">        // 可在此处配置自定义的登陆用户ID、昵称、头像，不配则均使用默认值</w:t>
        <w:br/>
        <w:t xml:space="preserve">        // roomUser.viewerId = @"用户ID";</w:t>
        <w:br/>
        <w:t xml:space="preserve">        // roomUser.viewerName = @"用户昵称";</w:t>
        <w:br/>
        <w:t xml:space="preserve">        // roomUser.viewerAvatar = @"用户头像";</w:t>
        <w:br/>
        <w:t xml:space="preserve">    } completion:^(PLVViewLogCustomParam * _Nonnull customParam) {</w:t>
        <w:br/>
        <w:t xml:space="preserve">        [hud hideAnimated:YES];</w:t>
        <w:br/>
        <w:t xml:space="preserve">        [weakSelf saveParamsToFile];</w:t>
        <w:br/>
        <w:br/>
        <w:t xml:space="preserve">        if (successHandler) {</w:t>
        <w:br/>
        <w:t xml:space="preserve">            successHandler();</w:t>
        <w:br/>
        <w:t xml:space="preserve">        }</w:t>
        <w:br/>
        <w:t xml:space="preserve">    } failure:^(NSString * _Nonnull errorMessage) {</w:t>
        <w:br/>
        <w:t xml:space="preserve">        [hud hideAnimated:YES];</w:t>
        <w:br/>
        <w:t xml:space="preserve">        [weakSelf showHud:errorMessage detail:nil];</w:t>
        <w:br/>
        <w:t xml:space="preserve">    }];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云课堂场景，PPT加载失败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聊天互动消息无法接收与发送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互动相关功能（打赏、问卷、答题卡、公告等）无法使用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主讲发起连麦后，不显示连麦按钮</w:t>
      </w:r>
    </w:p>
    <w:p>
      <w:pPr>
        <w:pStyle w:val="Heading2"/>
      </w:pPr>
      <w:r>
        <w:t>解决方案与排查思路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viewerId: 需为合法字符串。不可出现空串 @""、nil、null等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viewerName: 需为合法字符。不可出现空串 @""、nil、null等，并需要规避严禁词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viewerAvatar: 需为合法字符。不可出现空串 @""、nil、null等，并需确认该图片资源是存在且可访问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建议自定义登录用户信息时，做合法判断，出现非法情况时，则不进行自定义操作即可，此时，直播SDK会使用默认值，不会影响聊天室登录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iOS直播SDK登录聊天失败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