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iOS直播SDK如何获取观众禁言状态</w:t>
      </w:r>
    </w:p>
    <w:p>
      <w:pPr>
        <w:pStyle w:val="Heading2"/>
      </w:pPr>
      <w:r>
        <w:t>问题详述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iOS原生直播SDK中，特殊场景下，需要获取观众的禁言状态，以此完成个性化需求</w:t>
      </w:r>
    </w:p>
    <w:p>
      <w:pPr>
        <w:pStyle w:val="Heading2"/>
      </w:pPr>
      <w:r>
        <w:t>问题解答</w:t>
      </w:r>
    </w:p>
    <w:p>
      <w:r>
        <w:rPr>
          <w:rFonts w:ascii="Menlo" w:hAnsi="Menlo"/>
          <w:color w:val="444444"/>
          <w:sz w:val="20"/>
        </w:rPr>
        <w:t>PLVChatroomManager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是单例类，观众每次登录直播，只会存在一个</w:t>
      </w:r>
      <w:r>
        <w:rPr>
          <w:rFonts w:ascii="Menlo" w:hAnsi="Menlo"/>
          <w:color w:val="444444"/>
          <w:sz w:val="20"/>
        </w:rPr>
        <w:t>PLVChatroomManager</w:t>
      </w:r>
      <w:r>
        <w:rPr>
          <w:rFonts w:ascii="Source Han Sans SC" w:hAnsi="Source Han Sans SC" w:eastAsia="Source Han Sans SC" w:cs="Source Han Sans SC" w:hint="eastAsia"/>
          <w:sz w:val="21"/>
        </w:rPr>
        <w:t>，获取当前登录用户是否禁言代码如下：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获取聊天室当前登录观众是否被禁言</w:t>
        <w:br/>
        <w:t>[[PLVChatroomManager sharedManager] banned];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iOS直播SDK如何获取观众禁言状态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