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business</w:t>
      </w:r>
    </w:p>
    <w:p>
      <w:pPr>
        <w:pStyle w:val="Heading1"/>
      </w:pPr>
      <w:r>
        <w:t>敬请期待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