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Android-WebView中连麦问题</w:t>
      </w:r>
    </w:p>
    <w:p>
      <w:pPr>
        <w:pStyle w:val="Heading1"/>
      </w:pPr>
      <w:r>
        <w:t>问题详述：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使用WebView加载SaaS-H5观看页时，点击请求连麦按钮闪退或无反应</w:t>
      </w:r>
    </w:p>
    <w:p>
      <w:pPr>
        <w:pStyle w:val="Heading1"/>
      </w:pPr>
      <w:r>
        <w:t>解决方案：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检查原生app是否有麦克风，摄像头权限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如果app已经有了相关权限，需要将权限授予到H5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781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63b2a9ca5e041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781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Android-WebView中连麦问题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